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54153" w14:textId="03E9948F" w:rsidR="00000CDD" w:rsidRDefault="00626C75" w:rsidP="00477A29">
      <w:pPr>
        <w:jc w:val="center"/>
      </w:pPr>
      <w:r>
        <w:rPr>
          <w:b/>
          <w:color w:val="173E67"/>
          <w:sz w:val="36"/>
        </w:rPr>
        <w:t>VÄÄRTEOTEADE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04952355" w14:textId="77777777">
        <w:trPr>
          <w:jc w:val="center"/>
        </w:trPr>
        <w:tc>
          <w:tcPr>
            <w:tcW w:w="9972" w:type="dxa"/>
            <w:shd w:val="clear" w:color="auto" w:fill="F3F6F8"/>
            <w:tcMar>
              <w:top w:w="170" w:type="dxa"/>
              <w:left w:w="150" w:type="dxa"/>
              <w:bottom w:w="170" w:type="dxa"/>
              <w:right w:w="150" w:type="dxa"/>
            </w:tcMar>
          </w:tcPr>
          <w:p w14:paraId="288800D8" w14:textId="18BBA8ED" w:rsidR="00000CDD" w:rsidRPr="00F708AF" w:rsidRDefault="00626C75">
            <w:pPr>
              <w:rPr>
                <w:lang w:val="et-EE"/>
              </w:rPr>
            </w:pPr>
            <w:r>
              <w:rPr>
                <w:b/>
              </w:rPr>
              <w:t>Enne täitmist</w:t>
            </w:r>
            <w:r>
              <w:rPr>
                <w:b/>
              </w:rPr>
              <w:br/>
            </w:r>
            <w:r w:rsidR="00F708AF" w:rsidRPr="00F708AF">
              <w:rPr>
                <w:i/>
                <w:iCs/>
                <w:lang w:val="et-EE"/>
              </w:rPr>
              <w:t>Selle vormiga saad esitada Konkurentsiametile väärteoteate võimaliku konkurentsialase  või elektrituruseaduses, maagaasiseaduses või ühisveevärgi ja -kanalisatsiooniseaduses sätestatud väärteo kohta. Täida kõik tärniga (*) märgitud väljad ning lisa võimaluse korral olemasolevad tõendid.</w:t>
            </w:r>
            <w:r>
              <w:br/>
            </w:r>
            <w:r>
              <w:br/>
            </w:r>
            <w:r>
              <w:rPr>
                <w:i/>
              </w:rPr>
              <w:t>Väärteoteate esitamine ei tähenda automaatselt väärteomenetluse alustamist. Konkurentsiamet hindab esitatud teavet ja otsustab menetluse alustamise seaduses sätestatud alustel.</w:t>
            </w:r>
          </w:p>
        </w:tc>
      </w:tr>
    </w:tbl>
    <w:p w14:paraId="68792495" w14:textId="041CF918" w:rsidR="00000CDD" w:rsidRDefault="00626C75">
      <w:r>
        <w:rPr>
          <w:b/>
        </w:rPr>
        <w:t xml:space="preserve">Väärteoteate esitamise kuupäev: </w:t>
      </w:r>
      <w:r>
        <w:t>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02BA545F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A7D4485" w14:textId="77777777" w:rsidR="00000CDD" w:rsidRDefault="00626C75">
            <w:r>
              <w:rPr>
                <w:b/>
                <w:color w:val="173E67"/>
                <w:sz w:val="26"/>
              </w:rPr>
              <w:t>1. Väärteoteate esitaja andmed</w:t>
            </w:r>
          </w:p>
        </w:tc>
      </w:tr>
    </w:tbl>
    <w:p w14:paraId="414380E0" w14:textId="77777777" w:rsidR="00000CDD" w:rsidRDefault="00626C75">
      <w:pPr>
        <w:keepNext/>
      </w:pPr>
      <w:r>
        <w:rPr>
          <w:b/>
          <w:color w:val="173E67"/>
        </w:rPr>
        <w:t>1.1. Väärteoteate esitaja nimi *</w:t>
      </w:r>
      <w:r>
        <w:rPr>
          <w:i/>
          <w:color w:val="5A646E"/>
          <w:sz w:val="18"/>
        </w:rPr>
        <w:br/>
        <w:t>Füüsilise isiku ees- ja perekonnanimi või juriidilise isiku nimi.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727EA3B6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5B3EC57" w14:textId="12EA8CB7" w:rsidR="00000CDD" w:rsidRDefault="00000CDD"/>
        </w:tc>
      </w:tr>
    </w:tbl>
    <w:p w14:paraId="6511B0BC" w14:textId="77777777" w:rsidR="0078673C" w:rsidRDefault="0078673C">
      <w:pPr>
        <w:keepNext/>
        <w:rPr>
          <w:b/>
          <w:color w:val="173E67"/>
        </w:rPr>
      </w:pPr>
    </w:p>
    <w:p w14:paraId="74B27B39" w14:textId="5BB90C17" w:rsidR="00000CDD" w:rsidRDefault="00626C75">
      <w:pPr>
        <w:keepNext/>
      </w:pPr>
      <w:r>
        <w:rPr>
          <w:b/>
          <w:color w:val="173E67"/>
        </w:rPr>
        <w:t>1.2. Isikukood või registreerimisnumber 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4B3496A3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E2E2454" w14:textId="4B24F5A9" w:rsidR="00000CDD" w:rsidRDefault="00000CDD"/>
        </w:tc>
      </w:tr>
    </w:tbl>
    <w:p w14:paraId="3B83C940" w14:textId="77777777" w:rsidR="00000CDD" w:rsidRDefault="00000CDD"/>
    <w:p w14:paraId="49CC7484" w14:textId="77777777" w:rsidR="00000CDD" w:rsidRDefault="00626C75">
      <w:pPr>
        <w:keepNext/>
      </w:pPr>
      <w:r>
        <w:rPr>
          <w:b/>
          <w:color w:val="173E67"/>
        </w:rPr>
        <w:t>1.3. Aadress 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3CEE903B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39EC4BE" w14:textId="63F1428A" w:rsidR="00000CDD" w:rsidRDefault="00000CDD"/>
        </w:tc>
      </w:tr>
    </w:tbl>
    <w:p w14:paraId="271FEDCB" w14:textId="77777777" w:rsidR="00000CDD" w:rsidRDefault="00000CDD"/>
    <w:p w14:paraId="0EF24DBB" w14:textId="77777777" w:rsidR="00000CDD" w:rsidRDefault="00626C75">
      <w:pPr>
        <w:keepNext/>
      </w:pPr>
      <w:r>
        <w:rPr>
          <w:b/>
          <w:color w:val="173E67"/>
        </w:rPr>
        <w:t>1.4. E-posti aadress *</w:t>
      </w:r>
      <w:r>
        <w:rPr>
          <w:i/>
          <w:color w:val="5A646E"/>
          <w:sz w:val="18"/>
        </w:rPr>
        <w:br/>
        <w:t>Märgi e-posti aadress, kuhu soovid menetlusega seotud teateid ja dokumente saada.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15FC7D40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009CAF44" w14:textId="3992826C" w:rsidR="00000CDD" w:rsidRDefault="00000CDD"/>
        </w:tc>
      </w:tr>
    </w:tbl>
    <w:p w14:paraId="125DC6E9" w14:textId="77777777" w:rsidR="00000CDD" w:rsidRDefault="00000CDD"/>
    <w:p w14:paraId="32A4A2A3" w14:textId="77777777" w:rsidR="00000CDD" w:rsidRDefault="00626C75">
      <w:pPr>
        <w:keepNext/>
      </w:pPr>
      <w:r>
        <w:rPr>
          <w:b/>
          <w:color w:val="173E67"/>
        </w:rPr>
        <w:t>1.5. Telefon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2C41C05C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1001C12" w14:textId="44A23E5A" w:rsidR="00000CDD" w:rsidRDefault="00000CDD"/>
        </w:tc>
      </w:tr>
    </w:tbl>
    <w:p w14:paraId="717D552C" w14:textId="77777777" w:rsidR="00000CDD" w:rsidRDefault="00000CDD"/>
    <w:p w14:paraId="70396B53" w14:textId="77777777" w:rsidR="00000CDD" w:rsidRDefault="00626C75">
      <w:pPr>
        <w:keepNext/>
      </w:pPr>
      <w:r>
        <w:rPr>
          <w:b/>
          <w:color w:val="173E67"/>
        </w:rPr>
        <w:t>1.6. Muud kontaktandmed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0B605D9C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D7302F" w14:textId="4B992EAE" w:rsidR="00000CDD" w:rsidRDefault="00000CDD" w:rsidP="00845B94">
            <w:pPr>
              <w:spacing w:after="0"/>
            </w:pPr>
          </w:p>
        </w:tc>
      </w:tr>
    </w:tbl>
    <w:p w14:paraId="0AF3D7AE" w14:textId="77777777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44D80BB1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7A5F5EB" w14:textId="77777777" w:rsidR="00000CDD" w:rsidRDefault="00626C75">
            <w:r>
              <w:rPr>
                <w:b/>
                <w:color w:val="173E67"/>
                <w:sz w:val="26"/>
              </w:rPr>
              <w:t>2. Esindaja andmed</w:t>
            </w:r>
          </w:p>
        </w:tc>
      </w:tr>
    </w:tbl>
    <w:p w14:paraId="2F455E8B" w14:textId="77777777" w:rsidR="00000CDD" w:rsidRDefault="00626C75">
      <w:r>
        <w:rPr>
          <w:i/>
          <w:color w:val="505A64"/>
        </w:rPr>
        <w:t>Täida see osa, kui esitad väärteoteate teise isiku nimel. Lisa esindusõigust tõendav dokument, näiteks volikiri. Dokumenti ei ole vaja lisada, kui sinu esindusõigus on nähtav äriregistrist.</w:t>
      </w:r>
    </w:p>
    <w:p w14:paraId="1348BACA" w14:textId="77777777" w:rsidR="00000CDD" w:rsidRDefault="00626C75">
      <w:pPr>
        <w:keepNext/>
      </w:pPr>
      <w:r>
        <w:rPr>
          <w:b/>
          <w:color w:val="173E67"/>
        </w:rPr>
        <w:lastRenderedPageBreak/>
        <w:t>2.1. Esindaja nimi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7525B5AE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8328503" w14:textId="2E099AB1" w:rsidR="00000CDD" w:rsidRDefault="00000CDD"/>
        </w:tc>
      </w:tr>
    </w:tbl>
    <w:p w14:paraId="42B7BC23" w14:textId="77777777" w:rsidR="00000CDD" w:rsidRDefault="00000CDD"/>
    <w:p w14:paraId="1DB96229" w14:textId="77777777" w:rsidR="00000CDD" w:rsidRDefault="00626C75">
      <w:pPr>
        <w:keepNext/>
      </w:pPr>
      <w:r>
        <w:rPr>
          <w:b/>
          <w:color w:val="173E67"/>
        </w:rPr>
        <w:t>2.2. Isikukood või registreerimisnumber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0EC619DE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BF77165" w14:textId="418051B1" w:rsidR="00000CDD" w:rsidRDefault="00000CDD"/>
        </w:tc>
      </w:tr>
    </w:tbl>
    <w:p w14:paraId="60DB1BF5" w14:textId="77777777" w:rsidR="00000CDD" w:rsidRDefault="00000CDD"/>
    <w:p w14:paraId="50CC7CB1" w14:textId="77777777" w:rsidR="00000CDD" w:rsidRDefault="00626C75">
      <w:pPr>
        <w:keepNext/>
      </w:pPr>
      <w:r>
        <w:rPr>
          <w:b/>
          <w:color w:val="173E67"/>
        </w:rPr>
        <w:t>2.3. Aadress ja kontaktandmed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3B1B8560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FD86159" w14:textId="72CAC186" w:rsidR="00000CDD" w:rsidRDefault="00000CDD"/>
        </w:tc>
      </w:tr>
    </w:tbl>
    <w:p w14:paraId="29D878E3" w14:textId="77777777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1F8DEEF5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0A25B1A" w14:textId="77777777" w:rsidR="00000CDD" w:rsidRDefault="00626C75">
            <w:r>
              <w:rPr>
                <w:b/>
                <w:color w:val="173E67"/>
                <w:sz w:val="26"/>
              </w:rPr>
              <w:t>3. Isik või ettevõtja, kelle tegevuse kohta väärteoteade esitatakse</w:t>
            </w:r>
          </w:p>
        </w:tc>
      </w:tr>
    </w:tbl>
    <w:p w14:paraId="2314DFE2" w14:textId="77777777" w:rsidR="00000CDD" w:rsidRDefault="00626C75">
      <w:r>
        <w:rPr>
          <w:i/>
          <w:color w:val="505A64"/>
        </w:rPr>
        <w:t>Esita andmed võimaluse korral.</w:t>
      </w:r>
    </w:p>
    <w:p w14:paraId="72DDA163" w14:textId="77777777" w:rsidR="00000CDD" w:rsidRDefault="00626C75">
      <w:pPr>
        <w:keepNext/>
      </w:pPr>
      <w:r>
        <w:rPr>
          <w:b/>
          <w:color w:val="173E67"/>
        </w:rPr>
        <w:t>3.1. Nimi või nimetus</w:t>
      </w:r>
      <w:r>
        <w:rPr>
          <w:i/>
          <w:color w:val="5A646E"/>
          <w:sz w:val="18"/>
        </w:rPr>
        <w:br/>
        <w:t>Märgi teadaolev nimi, ärinimi, kaubamärk või muu tuvastamist võimaldav teave.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03F43476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B854D53" w14:textId="676F23CB" w:rsidR="00000CDD" w:rsidRDefault="00000CDD"/>
        </w:tc>
      </w:tr>
    </w:tbl>
    <w:p w14:paraId="4A8D3509" w14:textId="77777777" w:rsidR="00000CDD" w:rsidRDefault="00000CDD"/>
    <w:p w14:paraId="26386D84" w14:textId="77777777" w:rsidR="00000CDD" w:rsidRDefault="00626C75">
      <w:pPr>
        <w:keepNext/>
      </w:pPr>
      <w:r>
        <w:rPr>
          <w:b/>
          <w:color w:val="173E67"/>
        </w:rPr>
        <w:t>3.2. Registrikood või muu tuvastamist võimaldav teave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4A8FFC7B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DCE3339" w14:textId="2DBD152A" w:rsidR="00000CDD" w:rsidRDefault="00000CDD"/>
        </w:tc>
      </w:tr>
    </w:tbl>
    <w:p w14:paraId="10D5CE4F" w14:textId="77777777" w:rsidR="00000CDD" w:rsidRDefault="00000CDD"/>
    <w:p w14:paraId="75585515" w14:textId="77777777" w:rsidR="00000CDD" w:rsidRDefault="00626C75">
      <w:pPr>
        <w:keepNext/>
      </w:pPr>
      <w:r>
        <w:rPr>
          <w:b/>
          <w:color w:val="173E67"/>
        </w:rPr>
        <w:t>3.3. Aadress, veebileht ja kontaktandmed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1917118A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8C50329" w14:textId="49E1ADBF" w:rsidR="00000CDD" w:rsidRDefault="00000CDD"/>
        </w:tc>
      </w:tr>
    </w:tbl>
    <w:p w14:paraId="2508A637" w14:textId="77777777" w:rsidR="00000CDD" w:rsidRDefault="00000CDD"/>
    <w:p w14:paraId="57DD3F9B" w14:textId="77777777" w:rsidR="00000CDD" w:rsidRDefault="00626C75">
      <w:pPr>
        <w:keepNext/>
      </w:pPr>
      <w:r>
        <w:rPr>
          <w:b/>
          <w:color w:val="173E67"/>
        </w:rPr>
        <w:t>3.4. Teised sündmusega seotud isikud või ettevõtjad</w:t>
      </w:r>
      <w:r>
        <w:rPr>
          <w:i/>
          <w:color w:val="5A646E"/>
          <w:sz w:val="18"/>
        </w:rPr>
        <w:br/>
        <w:t>Nimeta võimaluse korral kõik teadaolevad osalised.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283C9485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DDFCEA" w14:textId="77777777" w:rsidR="00000CDD" w:rsidRDefault="00626C75">
            <w:r>
              <w:br/>
            </w:r>
            <w:r>
              <w:br/>
            </w:r>
          </w:p>
        </w:tc>
      </w:tr>
    </w:tbl>
    <w:p w14:paraId="371A814B" w14:textId="77777777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171C2623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EDEDEF5" w14:textId="77777777" w:rsidR="00000CDD" w:rsidRDefault="00626C75">
            <w:r>
              <w:rPr>
                <w:b/>
                <w:color w:val="173E67"/>
                <w:sz w:val="26"/>
              </w:rPr>
              <w:t>4. Väidetava väärteo kirjeldus</w:t>
            </w:r>
          </w:p>
        </w:tc>
      </w:tr>
    </w:tbl>
    <w:p w14:paraId="2DEFCAFB" w14:textId="77777777" w:rsidR="00000CDD" w:rsidRDefault="00626C75">
      <w:pPr>
        <w:keepNext/>
      </w:pPr>
      <w:r>
        <w:rPr>
          <w:b/>
          <w:color w:val="173E67"/>
        </w:rPr>
        <w:t>4.1. Milles seisneb väidetav väärtegu? *</w:t>
      </w:r>
      <w:r>
        <w:rPr>
          <w:i/>
          <w:color w:val="5A646E"/>
          <w:sz w:val="18"/>
        </w:rPr>
        <w:br/>
        <w:t>Kirjelda tegevust või tegevusetust võimalikult konkreetselt.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4921309A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4AD6D9" w14:textId="6D12D030" w:rsidR="00000CDD" w:rsidRDefault="00626C75">
            <w:r>
              <w:br/>
            </w:r>
            <w:r>
              <w:br/>
            </w:r>
          </w:p>
        </w:tc>
      </w:tr>
    </w:tbl>
    <w:p w14:paraId="087D12D7" w14:textId="77777777" w:rsidR="00000CDD" w:rsidRDefault="00626C75">
      <w:pPr>
        <w:keepNext/>
      </w:pPr>
      <w:r>
        <w:rPr>
          <w:b/>
          <w:color w:val="173E67"/>
        </w:rPr>
        <w:lastRenderedPageBreak/>
        <w:t>4.2. Millal ja kus sündmus toimus? *</w:t>
      </w:r>
      <w:r>
        <w:rPr>
          <w:i/>
          <w:color w:val="5A646E"/>
          <w:sz w:val="18"/>
        </w:rPr>
        <w:br/>
        <w:t>Märgi kuupäev või ajavahemik ja koht. Kui tegevus kordus, kirjelda kordumise aega ja sagedust.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1585B347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4880E5" w14:textId="77777777" w:rsidR="00000CDD" w:rsidRDefault="00626C75">
            <w:r>
              <w:br/>
            </w:r>
            <w:r>
              <w:br/>
            </w:r>
            <w:r>
              <w:br/>
            </w:r>
          </w:p>
        </w:tc>
      </w:tr>
    </w:tbl>
    <w:p w14:paraId="453B555A" w14:textId="77777777" w:rsidR="00000CDD" w:rsidRDefault="00000CDD"/>
    <w:p w14:paraId="10463E22" w14:textId="77777777" w:rsidR="00000CDD" w:rsidRDefault="00626C75">
      <w:pPr>
        <w:keepNext/>
      </w:pPr>
      <w:r>
        <w:rPr>
          <w:b/>
          <w:color w:val="173E67"/>
        </w:rPr>
        <w:t>4.3. Tegevuse kirjeldus ja asjaolud *</w:t>
      </w:r>
      <w:r>
        <w:rPr>
          <w:i/>
          <w:color w:val="5A646E"/>
          <w:sz w:val="18"/>
        </w:rPr>
        <w:br/>
        <w:t>Kirjelda sündmuste käiku, osalisi, suhtluskanaleid, kokkuleppeid ja muid olulisi asjaolusid.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7861B2D1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CA490F" w14:textId="77777777" w:rsidR="00000CDD" w:rsidRDefault="00626C75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5715EB31" w14:textId="77777777" w:rsidR="00000CDD" w:rsidRDefault="00000CDD"/>
    <w:p w14:paraId="7EECACF6" w14:textId="77777777" w:rsidR="00000CDD" w:rsidRDefault="00626C75">
      <w:pPr>
        <w:keepNext/>
      </w:pPr>
      <w:r>
        <w:rPr>
          <w:b/>
          <w:color w:val="173E67"/>
        </w:rPr>
        <w:t>4.4. Võimaliku rikkumise sisu *</w:t>
      </w:r>
      <w:r>
        <w:rPr>
          <w:i/>
          <w:color w:val="5A646E"/>
          <w:sz w:val="18"/>
        </w:rPr>
        <w:br/>
        <w:t>Selgita, millist konkurentsireeglit võidi sinu hinnangul rikkuda. Seaduse paragrahvi ei pea teadma.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16AF8C50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B4445D" w14:textId="77777777" w:rsidR="00000CDD" w:rsidRDefault="00626C75">
            <w:r>
              <w:br/>
            </w:r>
            <w:r>
              <w:br/>
            </w:r>
            <w:r>
              <w:br/>
            </w:r>
          </w:p>
        </w:tc>
      </w:tr>
    </w:tbl>
    <w:p w14:paraId="67A69B72" w14:textId="77777777" w:rsidR="00000CDD" w:rsidRDefault="00000CDD"/>
    <w:p w14:paraId="7DA66211" w14:textId="77777777" w:rsidR="00000CDD" w:rsidRDefault="00626C75">
      <w:r>
        <w:rPr>
          <w:b/>
          <w:color w:val="173E67"/>
        </w:rPr>
        <w:t>4.5. Kas kirjeldatud tegevus jätkub?</w:t>
      </w:r>
    </w:p>
    <w:p w14:paraId="730D1777" w14:textId="713B1079" w:rsidR="00000CDD" w:rsidRDefault="00626C75">
      <w:sdt>
        <w:sdtPr>
          <w:id w:val="1890763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 Jah.</w:t>
      </w:r>
    </w:p>
    <w:p w14:paraId="584A22A5" w14:textId="34409F6C" w:rsidR="00000CDD" w:rsidRDefault="00626C75">
      <w:sdt>
        <w:sdtPr>
          <w:id w:val="209932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 Ei.</w:t>
      </w:r>
    </w:p>
    <w:p w14:paraId="2F1FFBDE" w14:textId="21419E25" w:rsidR="00000CDD" w:rsidRDefault="00626C75">
      <w:sdt>
        <w:sdtPr>
          <w:id w:val="1038397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 Ei oska öelda.</w:t>
      </w:r>
    </w:p>
    <w:p w14:paraId="790E4B03" w14:textId="77777777" w:rsidR="00000CDD" w:rsidRDefault="00626C75">
      <w:pPr>
        <w:keepNext/>
      </w:pPr>
      <w:r>
        <w:rPr>
          <w:b/>
          <w:color w:val="173E67"/>
        </w:rPr>
        <w:t>Kui tegevus jätkub, kirjelda, milles see väljendub.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7B7406B3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60AA5A" w14:textId="77777777" w:rsidR="00000CDD" w:rsidRDefault="00626C75">
            <w:r>
              <w:br/>
            </w:r>
            <w:r>
              <w:br/>
            </w:r>
          </w:p>
        </w:tc>
      </w:tr>
    </w:tbl>
    <w:p w14:paraId="10ECD3D9" w14:textId="77777777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418E545A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6887ECA5" w14:textId="77777777" w:rsidR="00000CDD" w:rsidRDefault="00626C75">
            <w:r>
              <w:rPr>
                <w:b/>
                <w:color w:val="173E67"/>
                <w:sz w:val="26"/>
              </w:rPr>
              <w:t>5. Kahju ja mõjutatud isikud</w:t>
            </w:r>
          </w:p>
        </w:tc>
      </w:tr>
    </w:tbl>
    <w:p w14:paraId="0C46D571" w14:textId="77777777" w:rsidR="00000CDD" w:rsidRDefault="00626C75">
      <w:r>
        <w:rPr>
          <w:b/>
          <w:color w:val="173E67"/>
        </w:rPr>
        <w:t>5.1. Kas tegevusega tekitati kahju?</w:t>
      </w:r>
    </w:p>
    <w:p w14:paraId="1477143D" w14:textId="77381EC9" w:rsidR="00000CDD" w:rsidRDefault="00626C75">
      <w:sdt>
        <w:sdtPr>
          <w:id w:val="893624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 Jah.</w:t>
      </w:r>
    </w:p>
    <w:p w14:paraId="375026E0" w14:textId="10E0D871" w:rsidR="00000CDD" w:rsidRDefault="00626C75">
      <w:sdt>
        <w:sdtPr>
          <w:id w:val="-180715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 Ei.</w:t>
      </w:r>
    </w:p>
    <w:p w14:paraId="18F03A7E" w14:textId="6F1BB0F1" w:rsidR="00000CDD" w:rsidRDefault="00626C75">
      <w:sdt>
        <w:sdtPr>
          <w:id w:val="-159878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Ei oska öelda.</w:t>
      </w:r>
    </w:p>
    <w:p w14:paraId="5300A274" w14:textId="77777777" w:rsidR="00000CDD" w:rsidRDefault="00626C75">
      <w:pPr>
        <w:keepNext/>
      </w:pPr>
      <w:r>
        <w:rPr>
          <w:b/>
          <w:color w:val="173E67"/>
        </w:rPr>
        <w:lastRenderedPageBreak/>
        <w:t>Kui jah, kirjelda kahju, selle saajat ja võimaluse korral suurust.</w:t>
      </w:r>
      <w:r>
        <w:rPr>
          <w:i/>
          <w:color w:val="5A646E"/>
          <w:sz w:val="18"/>
        </w:rPr>
        <w:br/>
        <w:t>Kahju hüvitamine lahendatakse tsiviilõiguse alusel, kuid teave kahju kohta võib olla väärteomenetluse alustamise hindamisel oluline.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73F7A51E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651C33" w14:textId="77777777" w:rsidR="00000CDD" w:rsidRDefault="00626C75">
            <w:r>
              <w:br/>
            </w:r>
            <w:r>
              <w:br/>
            </w:r>
            <w:r>
              <w:br/>
            </w:r>
          </w:p>
        </w:tc>
      </w:tr>
    </w:tbl>
    <w:p w14:paraId="7E8672DF" w14:textId="77777777" w:rsidR="00000CDD" w:rsidRDefault="00000CDD"/>
    <w:p w14:paraId="06F1C256" w14:textId="77777777" w:rsidR="00000CDD" w:rsidRDefault="00626C75">
      <w:pPr>
        <w:keepNext/>
      </w:pPr>
      <w:r>
        <w:rPr>
          <w:b/>
          <w:color w:val="173E67"/>
        </w:rPr>
        <w:t>5.2. Kes veel võivad olla tegevusest mõjutatud?</w:t>
      </w:r>
      <w:r>
        <w:rPr>
          <w:i/>
          <w:color w:val="5A646E"/>
          <w:sz w:val="18"/>
        </w:rPr>
        <w:br/>
        <w:t>Nimeta võimaluse korral teadaolevad isikud või ettevõtjad.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6DDA337A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B91152" w14:textId="77777777" w:rsidR="00000CDD" w:rsidRDefault="00626C75">
            <w:r>
              <w:br/>
            </w:r>
            <w:r>
              <w:br/>
            </w:r>
          </w:p>
        </w:tc>
      </w:tr>
    </w:tbl>
    <w:p w14:paraId="66F5D477" w14:textId="77777777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082E97BE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FE4D0E3" w14:textId="77777777" w:rsidR="00000CDD" w:rsidRDefault="00626C75">
            <w:r>
              <w:rPr>
                <w:b/>
                <w:color w:val="173E67"/>
                <w:sz w:val="26"/>
              </w:rPr>
              <w:t>6. Tõendid ja muud teabeallikad</w:t>
            </w:r>
          </w:p>
        </w:tc>
      </w:tr>
    </w:tbl>
    <w:p w14:paraId="0E037DAD" w14:textId="7B6D0858" w:rsidR="00241E10" w:rsidRPr="00407CEB" w:rsidRDefault="00241E10">
      <w:pPr>
        <w:rPr>
          <w:b/>
          <w:bCs/>
          <w:color w:val="002060"/>
          <w:lang w:val="et-EE"/>
        </w:rPr>
      </w:pPr>
      <w:r w:rsidRPr="00407CEB">
        <w:rPr>
          <w:b/>
          <w:bCs/>
          <w:color w:val="002060"/>
          <w:lang w:val="et-EE"/>
        </w:rPr>
        <w:t>6.1. Avaldusele lisatud tõendid</w:t>
      </w:r>
    </w:p>
    <w:p w14:paraId="7E80107D" w14:textId="41EF224B" w:rsidR="00000CDD" w:rsidRDefault="00626C75">
      <w:r>
        <w:t>Lisa olemasolevad dokumendid või muu tõendusmaterjal. Kui tõendit ei ole võimalik lisada, kirjelda seda ja märgi selle võimalik asukoht.</w:t>
      </w:r>
      <w:r w:rsidR="0044740F" w:rsidRPr="0044740F">
        <w:t xml:space="preserve"> </w:t>
      </w:r>
      <w:r w:rsidR="0044740F">
        <w:t>Vajadusel pikendage nimekirja.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31"/>
        <w:gridCol w:w="3235"/>
        <w:gridCol w:w="2703"/>
        <w:gridCol w:w="2093"/>
      </w:tblGrid>
      <w:tr w:rsidR="00000CDD" w14:paraId="0EF2A36D" w14:textId="77777777">
        <w:tc>
          <w:tcPr>
            <w:tcW w:w="454" w:type="dxa"/>
            <w:shd w:val="clear" w:color="auto" w:fill="D9E6F2"/>
          </w:tcPr>
          <w:p w14:paraId="12057BA8" w14:textId="77777777" w:rsidR="00000CDD" w:rsidRDefault="00626C75">
            <w:r>
              <w:rPr>
                <w:b/>
              </w:rPr>
              <w:t>Nr</w:t>
            </w:r>
          </w:p>
        </w:tc>
        <w:tc>
          <w:tcPr>
            <w:tcW w:w="4082" w:type="dxa"/>
            <w:shd w:val="clear" w:color="auto" w:fill="D9E6F2"/>
          </w:tcPr>
          <w:p w14:paraId="77659366" w14:textId="77777777" w:rsidR="00000CDD" w:rsidRDefault="00626C75">
            <w:r>
              <w:rPr>
                <w:b/>
              </w:rPr>
              <w:t>Tõendi nimetus</w:t>
            </w:r>
          </w:p>
        </w:tc>
        <w:tc>
          <w:tcPr>
            <w:tcW w:w="3345" w:type="dxa"/>
            <w:shd w:val="clear" w:color="auto" w:fill="D9E6F2"/>
          </w:tcPr>
          <w:p w14:paraId="0ED4B92D" w14:textId="77777777" w:rsidR="00000CDD" w:rsidRDefault="00626C75">
            <w:r>
              <w:rPr>
                <w:b/>
              </w:rPr>
              <w:t>Mida see tõendab</w:t>
            </w:r>
          </w:p>
        </w:tc>
        <w:tc>
          <w:tcPr>
            <w:tcW w:w="1757" w:type="dxa"/>
            <w:shd w:val="clear" w:color="auto" w:fill="D9E6F2"/>
          </w:tcPr>
          <w:p w14:paraId="11D0B669" w14:textId="77777777" w:rsidR="00000CDD" w:rsidRDefault="00626C75">
            <w:r>
              <w:rPr>
                <w:b/>
              </w:rPr>
              <w:t>Faili nimi / lehekülg</w:t>
            </w:r>
          </w:p>
        </w:tc>
      </w:tr>
      <w:tr w:rsidR="00000CDD" w14:paraId="4139E2FA" w14:textId="77777777">
        <w:tc>
          <w:tcPr>
            <w:tcW w:w="2493" w:type="dxa"/>
          </w:tcPr>
          <w:p w14:paraId="0D7458CE" w14:textId="77777777" w:rsidR="00000CDD" w:rsidRDefault="00626C75">
            <w:r>
              <w:t>1</w:t>
            </w:r>
          </w:p>
        </w:tc>
        <w:tc>
          <w:tcPr>
            <w:tcW w:w="2493" w:type="dxa"/>
          </w:tcPr>
          <w:p w14:paraId="437F7FE6" w14:textId="77777777" w:rsidR="00000CDD" w:rsidRDefault="00000CDD"/>
        </w:tc>
        <w:tc>
          <w:tcPr>
            <w:tcW w:w="2493" w:type="dxa"/>
          </w:tcPr>
          <w:p w14:paraId="0D5A62B7" w14:textId="77777777" w:rsidR="00000CDD" w:rsidRDefault="00000CDD"/>
        </w:tc>
        <w:tc>
          <w:tcPr>
            <w:tcW w:w="2493" w:type="dxa"/>
          </w:tcPr>
          <w:p w14:paraId="5F89B6E2" w14:textId="77777777" w:rsidR="00000CDD" w:rsidRDefault="00000CDD"/>
        </w:tc>
      </w:tr>
      <w:tr w:rsidR="00000CDD" w14:paraId="09537AD8" w14:textId="77777777">
        <w:tc>
          <w:tcPr>
            <w:tcW w:w="2493" w:type="dxa"/>
          </w:tcPr>
          <w:p w14:paraId="64C579B8" w14:textId="77777777" w:rsidR="00000CDD" w:rsidRDefault="00626C75">
            <w:r>
              <w:t>2</w:t>
            </w:r>
          </w:p>
        </w:tc>
        <w:tc>
          <w:tcPr>
            <w:tcW w:w="2493" w:type="dxa"/>
          </w:tcPr>
          <w:p w14:paraId="06DB6D13" w14:textId="77777777" w:rsidR="00000CDD" w:rsidRDefault="00000CDD"/>
        </w:tc>
        <w:tc>
          <w:tcPr>
            <w:tcW w:w="2493" w:type="dxa"/>
          </w:tcPr>
          <w:p w14:paraId="2AF43497" w14:textId="77777777" w:rsidR="00000CDD" w:rsidRDefault="00000CDD"/>
        </w:tc>
        <w:tc>
          <w:tcPr>
            <w:tcW w:w="2493" w:type="dxa"/>
          </w:tcPr>
          <w:p w14:paraId="759251A7" w14:textId="77777777" w:rsidR="00000CDD" w:rsidRDefault="00000CDD"/>
        </w:tc>
      </w:tr>
      <w:tr w:rsidR="00000CDD" w14:paraId="766E4CC0" w14:textId="77777777">
        <w:tc>
          <w:tcPr>
            <w:tcW w:w="2493" w:type="dxa"/>
          </w:tcPr>
          <w:p w14:paraId="629C57A8" w14:textId="77777777" w:rsidR="00000CDD" w:rsidRDefault="00626C75">
            <w:r>
              <w:t>3</w:t>
            </w:r>
          </w:p>
        </w:tc>
        <w:tc>
          <w:tcPr>
            <w:tcW w:w="2493" w:type="dxa"/>
          </w:tcPr>
          <w:p w14:paraId="22DBA1CC" w14:textId="77777777" w:rsidR="00000CDD" w:rsidRDefault="00000CDD"/>
        </w:tc>
        <w:tc>
          <w:tcPr>
            <w:tcW w:w="2493" w:type="dxa"/>
          </w:tcPr>
          <w:p w14:paraId="5EDAD9D0" w14:textId="77777777" w:rsidR="00000CDD" w:rsidRDefault="00000CDD"/>
        </w:tc>
        <w:tc>
          <w:tcPr>
            <w:tcW w:w="2493" w:type="dxa"/>
          </w:tcPr>
          <w:p w14:paraId="0CE2DE14" w14:textId="77777777" w:rsidR="00000CDD" w:rsidRDefault="00000CDD"/>
        </w:tc>
      </w:tr>
      <w:tr w:rsidR="00000CDD" w14:paraId="623A407D" w14:textId="77777777">
        <w:tc>
          <w:tcPr>
            <w:tcW w:w="2493" w:type="dxa"/>
          </w:tcPr>
          <w:p w14:paraId="00835764" w14:textId="77777777" w:rsidR="00000CDD" w:rsidRDefault="00626C75">
            <w:r>
              <w:t>4</w:t>
            </w:r>
          </w:p>
        </w:tc>
        <w:tc>
          <w:tcPr>
            <w:tcW w:w="2493" w:type="dxa"/>
          </w:tcPr>
          <w:p w14:paraId="49BC51B2" w14:textId="77777777" w:rsidR="00000CDD" w:rsidRDefault="00000CDD"/>
        </w:tc>
        <w:tc>
          <w:tcPr>
            <w:tcW w:w="2493" w:type="dxa"/>
          </w:tcPr>
          <w:p w14:paraId="5897069C" w14:textId="77777777" w:rsidR="00000CDD" w:rsidRDefault="00000CDD"/>
        </w:tc>
        <w:tc>
          <w:tcPr>
            <w:tcW w:w="2493" w:type="dxa"/>
          </w:tcPr>
          <w:p w14:paraId="34E57806" w14:textId="77777777" w:rsidR="00000CDD" w:rsidRDefault="00000CDD"/>
        </w:tc>
      </w:tr>
      <w:tr w:rsidR="00000CDD" w14:paraId="5F4176E6" w14:textId="77777777">
        <w:tc>
          <w:tcPr>
            <w:tcW w:w="2493" w:type="dxa"/>
          </w:tcPr>
          <w:p w14:paraId="6FC8F218" w14:textId="77777777" w:rsidR="00000CDD" w:rsidRDefault="00626C75">
            <w:r>
              <w:t>5</w:t>
            </w:r>
          </w:p>
        </w:tc>
        <w:tc>
          <w:tcPr>
            <w:tcW w:w="2493" w:type="dxa"/>
          </w:tcPr>
          <w:p w14:paraId="0AFC7823" w14:textId="77777777" w:rsidR="00000CDD" w:rsidRDefault="00000CDD"/>
        </w:tc>
        <w:tc>
          <w:tcPr>
            <w:tcW w:w="2493" w:type="dxa"/>
          </w:tcPr>
          <w:p w14:paraId="12997C1B" w14:textId="77777777" w:rsidR="00000CDD" w:rsidRDefault="00000CDD"/>
        </w:tc>
        <w:tc>
          <w:tcPr>
            <w:tcW w:w="2493" w:type="dxa"/>
          </w:tcPr>
          <w:p w14:paraId="253AE3CA" w14:textId="77777777" w:rsidR="00000CDD" w:rsidRDefault="00000CDD"/>
        </w:tc>
      </w:tr>
      <w:tr w:rsidR="00000CDD" w14:paraId="02710EC7" w14:textId="77777777">
        <w:tc>
          <w:tcPr>
            <w:tcW w:w="2493" w:type="dxa"/>
          </w:tcPr>
          <w:p w14:paraId="6D7B506F" w14:textId="77777777" w:rsidR="00000CDD" w:rsidRDefault="00626C75">
            <w:r>
              <w:t>6</w:t>
            </w:r>
          </w:p>
        </w:tc>
        <w:tc>
          <w:tcPr>
            <w:tcW w:w="2493" w:type="dxa"/>
          </w:tcPr>
          <w:p w14:paraId="2EC9AE55" w14:textId="77777777" w:rsidR="00000CDD" w:rsidRDefault="00000CDD"/>
        </w:tc>
        <w:tc>
          <w:tcPr>
            <w:tcW w:w="2493" w:type="dxa"/>
          </w:tcPr>
          <w:p w14:paraId="0A31BE09" w14:textId="77777777" w:rsidR="00000CDD" w:rsidRDefault="00000CDD"/>
        </w:tc>
        <w:tc>
          <w:tcPr>
            <w:tcW w:w="2493" w:type="dxa"/>
          </w:tcPr>
          <w:p w14:paraId="315419DD" w14:textId="77777777" w:rsidR="00000CDD" w:rsidRDefault="00000CDD"/>
        </w:tc>
      </w:tr>
    </w:tbl>
    <w:p w14:paraId="780CC085" w14:textId="77777777" w:rsidR="000D404B" w:rsidRDefault="000D404B">
      <w:pPr>
        <w:keepNext/>
        <w:rPr>
          <w:b/>
          <w:color w:val="173E67"/>
        </w:rPr>
      </w:pPr>
    </w:p>
    <w:p w14:paraId="46509374" w14:textId="39F27767" w:rsidR="00000CDD" w:rsidRDefault="00626C75">
      <w:pPr>
        <w:keepNext/>
      </w:pPr>
      <w:r>
        <w:rPr>
          <w:b/>
          <w:color w:val="173E67"/>
        </w:rPr>
        <w:t>6.</w:t>
      </w:r>
      <w:r w:rsidR="00407CEB">
        <w:rPr>
          <w:b/>
          <w:color w:val="173E67"/>
        </w:rPr>
        <w:t>2</w:t>
      </w:r>
      <w:r>
        <w:rPr>
          <w:b/>
          <w:color w:val="173E67"/>
        </w:rPr>
        <w:t>. Tunnistajad või teised isikud, kellel võib olla teavet</w:t>
      </w:r>
      <w:r>
        <w:rPr>
          <w:i/>
          <w:color w:val="5A646E"/>
          <w:sz w:val="18"/>
        </w:rPr>
        <w:br/>
        <w:t>Märgi võimaluse korral nimi, kontaktandmed ja lühidalt, millist teavet isik võib teada.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4E9278B0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359499" w14:textId="77777777" w:rsidR="00000CDD" w:rsidRDefault="00626C75">
            <w:r>
              <w:br/>
            </w:r>
            <w:r>
              <w:br/>
            </w:r>
            <w:r>
              <w:br/>
            </w:r>
          </w:p>
        </w:tc>
      </w:tr>
    </w:tbl>
    <w:p w14:paraId="642CE03C" w14:textId="77777777" w:rsidR="00000CDD" w:rsidRDefault="00000CDD"/>
    <w:p w14:paraId="28A35802" w14:textId="2B8DBD42" w:rsidR="00000CDD" w:rsidRDefault="00626C75">
      <w:pPr>
        <w:keepNext/>
      </w:pPr>
      <w:r>
        <w:rPr>
          <w:b/>
          <w:color w:val="173E67"/>
        </w:rPr>
        <w:t>6.</w:t>
      </w:r>
      <w:r w:rsidR="006901B4">
        <w:rPr>
          <w:b/>
          <w:color w:val="173E67"/>
        </w:rPr>
        <w:t>3</w:t>
      </w:r>
      <w:r>
        <w:rPr>
          <w:b/>
          <w:color w:val="173E67"/>
        </w:rPr>
        <w:t>. Muud teadaolevad tõendid ja nende asukoht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067E43A0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740205" w14:textId="77777777" w:rsidR="00000CDD" w:rsidRDefault="00626C75">
            <w:r>
              <w:br/>
            </w:r>
            <w:r>
              <w:br/>
            </w:r>
          </w:p>
        </w:tc>
      </w:tr>
    </w:tbl>
    <w:p w14:paraId="34F50161" w14:textId="77777777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39AD127D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3642BF2E" w14:textId="77777777" w:rsidR="00000CDD" w:rsidRDefault="00626C75">
            <w:r>
              <w:rPr>
                <w:b/>
                <w:color w:val="173E67"/>
                <w:sz w:val="26"/>
              </w:rPr>
              <w:lastRenderedPageBreak/>
              <w:t>7. Seotud pöördumised ja menetlused</w:t>
            </w:r>
          </w:p>
        </w:tc>
      </w:tr>
    </w:tbl>
    <w:p w14:paraId="3FAB29E4" w14:textId="753E5211" w:rsidR="00000CDD" w:rsidRPr="00AD024A" w:rsidRDefault="00626C75">
      <w:pPr>
        <w:rPr>
          <w:b/>
          <w:color w:val="173E67"/>
          <w:lang w:val="et-EE"/>
        </w:rPr>
      </w:pPr>
      <w:r>
        <w:rPr>
          <w:b/>
          <w:color w:val="173E67"/>
        </w:rPr>
        <w:t xml:space="preserve">7.1. </w:t>
      </w:r>
      <w:r w:rsidR="00AD024A" w:rsidRPr="00AD024A">
        <w:rPr>
          <w:b/>
          <w:color w:val="173E67"/>
          <w:lang w:val="et-EE"/>
        </w:rPr>
        <w:t>Kas oled samade või seotud asjaolude kohta varem pöördunud Konkurentsiameti, kohtu või muu asutuse poole või on nende asjaolude kohta menetlus pooleli?</w:t>
      </w:r>
    </w:p>
    <w:p w14:paraId="2472D98F" w14:textId="53152BB3" w:rsidR="00000CDD" w:rsidRDefault="00626C75">
      <w:sdt>
        <w:sdtPr>
          <w:id w:val="2131977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 Ei.</w:t>
      </w:r>
    </w:p>
    <w:p w14:paraId="65111299" w14:textId="7C79E0B5" w:rsidR="00000CDD" w:rsidRDefault="00626C75">
      <w:sdt>
        <w:sdtPr>
          <w:id w:val="1243137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398">
            <w:rPr>
              <w:rFonts w:ascii="MS Gothic" w:eastAsia="MS Gothic" w:hAnsi="MS Gothic" w:hint="eastAsia"/>
            </w:rPr>
            <w:t>☐</w:t>
          </w:r>
        </w:sdtContent>
      </w:sdt>
      <w:r w:rsidR="003B1398">
        <w:t xml:space="preserve"> Jah.</w:t>
      </w:r>
    </w:p>
    <w:p w14:paraId="70F8E6F6" w14:textId="77777777" w:rsidR="00412BF6" w:rsidRPr="00412BF6" w:rsidRDefault="00412BF6" w:rsidP="00412BF6">
      <w:pPr>
        <w:keepNext/>
        <w:rPr>
          <w:b/>
          <w:color w:val="173E67"/>
          <w:lang w:val="et-EE"/>
        </w:rPr>
      </w:pPr>
      <w:r w:rsidRPr="00412BF6">
        <w:rPr>
          <w:b/>
          <w:color w:val="173E67"/>
          <w:lang w:val="et-EE"/>
        </w:rPr>
        <w:t>Kui jah, märgi asutus või kohus, pöördumise või menetluse kuupäev, viitenumber või menetluse number ning teadaolev tulemus või menetluse seis.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000CDD" w14:paraId="1FF3FFF9" w14:textId="77777777">
        <w:trPr>
          <w:jc w:val="center"/>
        </w:trPr>
        <w:tc>
          <w:tcPr>
            <w:tcW w:w="9972" w:type="dxa"/>
            <w:tcBorders>
              <w:top w:val="single" w:sz="6" w:space="0" w:color="B9C7D5"/>
              <w:left w:val="single" w:sz="6" w:space="0" w:color="B9C7D5"/>
              <w:bottom w:val="single" w:sz="6" w:space="0" w:color="B9C7D5"/>
              <w:right w:val="single" w:sz="6" w:space="0" w:color="B9C7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D30859" w14:textId="77777777" w:rsidR="00000CDD" w:rsidRDefault="00626C75">
            <w:r>
              <w:br/>
            </w:r>
            <w:r>
              <w:br/>
            </w:r>
          </w:p>
        </w:tc>
      </w:tr>
    </w:tbl>
    <w:p w14:paraId="550A028D" w14:textId="3363250E" w:rsidR="00000CDD" w:rsidRDefault="00000CD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000CDD" w14:paraId="29944640" w14:textId="77777777">
        <w:trPr>
          <w:jc w:val="center"/>
        </w:trPr>
        <w:tc>
          <w:tcPr>
            <w:tcW w:w="9972" w:type="dxa"/>
            <w:shd w:val="clear" w:color="auto" w:fill="E8F0F7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C10BFA0" w14:textId="77777777" w:rsidR="00000CDD" w:rsidRDefault="00626C75">
            <w:r>
              <w:rPr>
                <w:b/>
                <w:color w:val="173E67"/>
                <w:sz w:val="26"/>
              </w:rPr>
              <w:t>9. Kinnitus</w:t>
            </w:r>
          </w:p>
        </w:tc>
      </w:tr>
    </w:tbl>
    <w:p w14:paraId="3857D918" w14:textId="77777777" w:rsidR="00000CDD" w:rsidRDefault="00626C75">
      <w:r>
        <w:t>Kinnitan, et väärteoteates esitatud andmed on mulle teadaolevalt õiged ja lisatud dokumendid vastavad minu käsutuses olevatele originaalidele.</w:t>
      </w:r>
    </w:p>
    <w:p w14:paraId="1E54E324" w14:textId="77777777" w:rsidR="009A76FA" w:rsidRDefault="009A76FA"/>
    <w:p w14:paraId="1D305160" w14:textId="77777777" w:rsidR="00000CDD" w:rsidRDefault="00626C75">
      <w:r>
        <w:rPr>
          <w:i/>
        </w:rPr>
        <w:t>Digitaalselt allkirjastatud</w:t>
      </w:r>
    </w:p>
    <w:sectPr w:rsidR="00000CDD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851664">
    <w:abstractNumId w:val="8"/>
  </w:num>
  <w:num w:numId="2" w16cid:durableId="254175553">
    <w:abstractNumId w:val="6"/>
  </w:num>
  <w:num w:numId="3" w16cid:durableId="1560631533">
    <w:abstractNumId w:val="5"/>
  </w:num>
  <w:num w:numId="4" w16cid:durableId="1633554380">
    <w:abstractNumId w:val="4"/>
  </w:num>
  <w:num w:numId="5" w16cid:durableId="268049673">
    <w:abstractNumId w:val="7"/>
  </w:num>
  <w:num w:numId="6" w16cid:durableId="328295554">
    <w:abstractNumId w:val="3"/>
  </w:num>
  <w:num w:numId="7" w16cid:durableId="1447314282">
    <w:abstractNumId w:val="2"/>
  </w:num>
  <w:num w:numId="8" w16cid:durableId="707678440">
    <w:abstractNumId w:val="1"/>
  </w:num>
  <w:num w:numId="9" w16cid:durableId="59109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CDD"/>
    <w:rsid w:val="00034616"/>
    <w:rsid w:val="0006063C"/>
    <w:rsid w:val="000D404B"/>
    <w:rsid w:val="0015074B"/>
    <w:rsid w:val="00216B32"/>
    <w:rsid w:val="00241E10"/>
    <w:rsid w:val="0029639D"/>
    <w:rsid w:val="00326F90"/>
    <w:rsid w:val="003B1398"/>
    <w:rsid w:val="00407CEB"/>
    <w:rsid w:val="00412BF6"/>
    <w:rsid w:val="0044740F"/>
    <w:rsid w:val="00455A14"/>
    <w:rsid w:val="00464E17"/>
    <w:rsid w:val="00477A29"/>
    <w:rsid w:val="00586BA3"/>
    <w:rsid w:val="00626C75"/>
    <w:rsid w:val="006901B4"/>
    <w:rsid w:val="0078673C"/>
    <w:rsid w:val="00845B94"/>
    <w:rsid w:val="009A76FA"/>
    <w:rsid w:val="00AA1D8D"/>
    <w:rsid w:val="00AD024A"/>
    <w:rsid w:val="00B47730"/>
    <w:rsid w:val="00C14C75"/>
    <w:rsid w:val="00C43859"/>
    <w:rsid w:val="00CB0664"/>
    <w:rsid w:val="00E1155B"/>
    <w:rsid w:val="00ED4BD8"/>
    <w:rsid w:val="00F33440"/>
    <w:rsid w:val="00F708AF"/>
    <w:rsid w:val="00FB31DA"/>
    <w:rsid w:val="00FC693F"/>
    <w:rsid w:val="00FF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7CCF3A9-29CE-4A46-907B-A15DD7EE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100"/>
    </w:pPr>
    <w:rPr>
      <w:rFonts w:ascii="Arial" w:eastAsia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allaadveeb">
    <w:name w:val="Normal (Web)"/>
    <w:basedOn w:val="Normaallaad"/>
    <w:uiPriority w:val="99"/>
    <w:semiHidden/>
    <w:unhideWhenUsed/>
    <w:rsid w:val="00F708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5c408-e6ec-4eb5-98e0-5ebea828c244" xsi:nil="true"/>
    <S_x00fc_ndmuset_x00fc__x00fc_p xmlns="1345c74a-1281-423b-a9e9-aae9777db840" xsi:nil="true"/>
    <lcf76f155ced4ddcb4097134ff3c332f xmlns="1345c74a-1281-423b-a9e9-aae9777db840">
      <Terms xmlns="http://schemas.microsoft.com/office/infopath/2007/PartnerControls"/>
    </lcf76f155ced4ddcb4097134ff3c332f>
    <S_x00fc_ndmusekuup_x00e4_ev xmlns="1345c74a-1281-423b-a9e9-aae9777db8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749D668F19BD48B87BD7D5F4979FA7" ma:contentTypeVersion="17" ma:contentTypeDescription="Loo uus dokument" ma:contentTypeScope="" ma:versionID="48c23a9cc0c49a668e615eebfa4a5a25">
  <xsd:schema xmlns:xsd="http://www.w3.org/2001/XMLSchema" xmlns:xs="http://www.w3.org/2001/XMLSchema" xmlns:p="http://schemas.microsoft.com/office/2006/metadata/properties" xmlns:ns2="1345c74a-1281-423b-a9e9-aae9777db840" xmlns:ns3="3295c408-e6ec-4eb5-98e0-5ebea828c244" targetNamespace="http://schemas.microsoft.com/office/2006/metadata/properties" ma:root="true" ma:fieldsID="3bb985e12e35d01d7daa3e2bb81ac7dd" ns2:_="" ns3:_="">
    <xsd:import namespace="1345c74a-1281-423b-a9e9-aae9777db840"/>
    <xsd:import namespace="3295c408-e6ec-4eb5-98e0-5ebea828c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S_x00fc_ndmuset_x00fc__x00fc_p" minOccurs="0"/>
                <xsd:element ref="ns2:S_x00fc_ndmusekuup_x00e4_e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5c74a-1281-423b-a9e9-aae9777db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S_x00fc_ndmuset_x00fc__x00fc_p" ma:index="22" nillable="true" ma:displayName="Sündmuse tüüp" ma:format="Dropdown" ma:internalName="S_x00fc_ndmuset_x00fc__x00fc_p">
      <xsd:simpleType>
        <xsd:restriction base="dms:Choice">
          <xsd:enumeration value="Peatumine algab"/>
          <xsd:enumeration value="Peatumine lõppeb"/>
        </xsd:restriction>
      </xsd:simpleType>
    </xsd:element>
    <xsd:element name="S_x00fc_ndmusekuup_x00e4_ev" ma:index="23" nillable="true" ma:displayName="Sündmuse kuupäev" ma:format="DateOnly" ma:internalName="S_x00fc_ndmusekuup_x00e4_ev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5c408-e6ec-4eb5-98e0-5ebea828c24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c5eb272-0539-425a-bc3b-c3908767166b}" ma:internalName="TaxCatchAll" ma:showField="CatchAllData" ma:web="3295c408-e6ec-4eb5-98e0-5ebea828c2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44E622-4CD7-4625-9320-353FFB4F26D9}">
  <ds:schemaRefs>
    <ds:schemaRef ds:uri="http://schemas.microsoft.com/office/2006/metadata/properties"/>
    <ds:schemaRef ds:uri="http://schemas.microsoft.com/office/infopath/2007/PartnerControls"/>
    <ds:schemaRef ds:uri="3295c408-e6ec-4eb5-98e0-5ebea828c244"/>
    <ds:schemaRef ds:uri="1345c74a-1281-423b-a9e9-aae9777db840"/>
  </ds:schemaRefs>
</ds:datastoreItem>
</file>

<file path=customXml/itemProps2.xml><?xml version="1.0" encoding="utf-8"?>
<ds:datastoreItem xmlns:ds="http://schemas.openxmlformats.org/officeDocument/2006/customXml" ds:itemID="{685E9034-19AD-48B9-96C1-E6DBB56A3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9FDAB2-568F-425E-9201-FA86F209F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5c74a-1281-423b-a9e9-aae9777db840"/>
    <ds:schemaRef ds:uri="3295c408-e6ec-4eb5-98e0-5ebea828c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485</Words>
  <Characters>3317</Characters>
  <Application>Microsoft Office Word</Application>
  <DocSecurity>0</DocSecurity>
  <Lines>165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Väärteoteade</dc:title>
  <dc:subject/>
  <dc:creator>Triin Kask - KA</dc:creator>
  <cp:keywords/>
  <dc:description>generated by python-docx</dc:description>
  <cp:lastModifiedBy>Triin Kask - KA</cp:lastModifiedBy>
  <cp:revision>2</cp:revision>
  <dcterms:created xsi:type="dcterms:W3CDTF">2026-11-03T08:46:00Z</dcterms:created>
  <dcterms:modified xsi:type="dcterms:W3CDTF">2026-11-03T08:46:00Z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2026-10-07T07:03:55Z</vt:lpwstr>
  </property>
  <property fmtid="{D5CDD505-2E9C-101B-9397-08002B2CF9AE}" pid="4" name="MSIP_Label_defa4170-0d19-0005-0004-bc88714345d2_Method">
    <vt:lpwstr>Privileged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bed8d887-b8e0-49f4-af9f-b5a242efbb08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0x0101007F749D668F19BD48B87BD7D5F4979FA7</vt:lpwstr>
  </property>
  <property fmtid="{D5CDD505-2E9C-101B-9397-08002B2CF9AE}" pid="10" name="docLang">
    <vt:lpwstr>et</vt:lpwstr>
  </property>
  <property fmtid="{D5CDD505-2E9C-101B-9397-08002B2CF9AE}" pid="11" name="MediaServiceImageTags">
    <vt:lpwstr/>
  </property>
</Properties>
</file>