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9E3ED" w14:textId="24BF2228" w:rsidR="00E47C52" w:rsidRDefault="002A063F" w:rsidP="000F4CC1">
      <w:pPr>
        <w:jc w:val="center"/>
      </w:pPr>
      <w:r>
        <w:rPr>
          <w:b/>
          <w:color w:val="173E67"/>
          <w:sz w:val="36"/>
        </w:rPr>
        <w:t>TAOTLUS KEELATUD TEO</w:t>
      </w:r>
      <w:r>
        <w:rPr>
          <w:b/>
          <w:color w:val="173E67"/>
          <w:sz w:val="36"/>
        </w:rPr>
        <w:br/>
        <w:t>TOIMEPANEMISE LÕPETAMISEKS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E47C52" w14:paraId="23FF7D24" w14:textId="77777777">
        <w:trPr>
          <w:jc w:val="center"/>
        </w:trPr>
        <w:tc>
          <w:tcPr>
            <w:tcW w:w="9972" w:type="dxa"/>
            <w:shd w:val="clear" w:color="auto" w:fill="F3F6F8"/>
            <w:tcMar>
              <w:top w:w="170" w:type="dxa"/>
              <w:left w:w="200" w:type="dxa"/>
              <w:bottom w:w="170" w:type="dxa"/>
              <w:right w:w="200" w:type="dxa"/>
            </w:tcMar>
          </w:tcPr>
          <w:p w14:paraId="22A94195" w14:textId="1888074A" w:rsidR="00E47C52" w:rsidRPr="00D44F6B" w:rsidRDefault="002A063F">
            <w:pPr>
              <w:rPr>
                <w:lang w:val="et-EE"/>
              </w:rPr>
            </w:pPr>
            <w:r>
              <w:rPr>
                <w:b/>
              </w:rPr>
              <w:t>Enne täitmist</w:t>
            </w:r>
            <w:r>
              <w:rPr>
                <w:b/>
              </w:rPr>
              <w:br/>
            </w:r>
            <w:r w:rsidR="00541A06" w:rsidRPr="00541A06">
              <w:rPr>
                <w:lang w:val="et-EE"/>
              </w:rPr>
              <w:t>Selle taotlusega saab paluda Konkurentsiametil kohustada ettevõtjat või ettevõtjate ühendust lõpetama vältavat keelatud tegu, mis puudutab oluliselt taotleja õigusi.</w:t>
            </w:r>
            <w:r w:rsidR="00D44F6B">
              <w:rPr>
                <w:lang w:val="et-EE"/>
              </w:rPr>
              <w:t xml:space="preserve"> </w:t>
            </w:r>
            <w:r>
              <w:t>Täitke kõik tärniga (*) märgitud väljad.</w:t>
            </w:r>
          </w:p>
          <w:p w14:paraId="4029F096" w14:textId="284C951B" w:rsidR="00006A36" w:rsidRPr="00006A36" w:rsidRDefault="00006A36">
            <w:pPr>
              <w:rPr>
                <w:i/>
                <w:iCs/>
                <w:lang w:val="et-EE"/>
              </w:rPr>
            </w:pPr>
            <w:r w:rsidRPr="00006A36">
              <w:rPr>
                <w:i/>
                <w:iCs/>
                <w:lang w:val="et-EE"/>
              </w:rPr>
              <w:t>Taotluse esitamine ei tähenda automaatselt konkurentsijärelevalvemenetluse algatamist. Konkurentsiamet hindab enne menetluse algatamist taotluse lubatavust.</w:t>
            </w:r>
          </w:p>
        </w:tc>
      </w:tr>
    </w:tbl>
    <w:p w14:paraId="1B708EF8" w14:textId="77777777" w:rsidR="00E47C52" w:rsidRDefault="002A063F">
      <w:r>
        <w:rPr>
          <w:b/>
        </w:rPr>
        <w:t xml:space="preserve">Taotluse kuupäev: </w:t>
      </w:r>
      <w:r>
        <w:t>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47C52" w14:paraId="7AFE25CB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48297F1C" w14:textId="77777777" w:rsidR="00E47C52" w:rsidRDefault="002A063F">
            <w:r>
              <w:rPr>
                <w:b/>
                <w:color w:val="173E67"/>
                <w:sz w:val="26"/>
              </w:rPr>
              <w:t>1. Taotleja andmed</w:t>
            </w:r>
          </w:p>
        </w:tc>
      </w:tr>
    </w:tbl>
    <w:p w14:paraId="02FCC7AC" w14:textId="77777777" w:rsidR="00E47C52" w:rsidRDefault="002A063F">
      <w:pPr>
        <w:keepNext/>
      </w:pPr>
      <w:r>
        <w:rPr>
          <w:b/>
          <w:color w:val="173E67"/>
        </w:rPr>
        <w:t>1.1. Taotleja nimi *</w:t>
      </w:r>
      <w:r>
        <w:rPr>
          <w:i/>
          <w:color w:val="5A646E"/>
          <w:sz w:val="18"/>
        </w:rPr>
        <w:br/>
        <w:t>Füüsilise isiku ees- ja perekonnanimi või juriidilise isiku nimi.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1FAFD598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70" w:type="dxa"/>
              <w:bottom w:w="70" w:type="dxa"/>
              <w:right w:w="170" w:type="dxa"/>
            </w:tcMar>
          </w:tcPr>
          <w:p w14:paraId="3684CCC1" w14:textId="6463E8C4" w:rsidR="00E47C52" w:rsidRDefault="00E47C52" w:rsidP="00111AB2"/>
        </w:tc>
      </w:tr>
    </w:tbl>
    <w:p w14:paraId="37A1EBA8" w14:textId="77777777" w:rsidR="00E47C52" w:rsidRDefault="00E47C52">
      <w:pPr>
        <w:spacing w:after="20"/>
      </w:pPr>
    </w:p>
    <w:p w14:paraId="59DA51CA" w14:textId="77777777" w:rsidR="00E47C52" w:rsidRDefault="002A063F">
      <w:pPr>
        <w:keepNext/>
      </w:pPr>
      <w:r>
        <w:rPr>
          <w:b/>
          <w:color w:val="173E67"/>
        </w:rPr>
        <w:t>1.2. Isikukood või registreerimisnumber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0A2E5145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70" w:type="dxa"/>
              <w:bottom w:w="70" w:type="dxa"/>
              <w:right w:w="170" w:type="dxa"/>
            </w:tcMar>
          </w:tcPr>
          <w:p w14:paraId="27809058" w14:textId="67E58550" w:rsidR="00E47C52" w:rsidRDefault="00E47C52"/>
        </w:tc>
      </w:tr>
    </w:tbl>
    <w:p w14:paraId="2DF07A9E" w14:textId="77777777" w:rsidR="00E47C52" w:rsidRDefault="00E47C52">
      <w:pPr>
        <w:spacing w:after="20"/>
      </w:pPr>
    </w:p>
    <w:p w14:paraId="7D9CBBDD" w14:textId="77777777" w:rsidR="00E47C52" w:rsidRDefault="002A063F">
      <w:pPr>
        <w:keepNext/>
      </w:pPr>
      <w:r>
        <w:rPr>
          <w:b/>
          <w:color w:val="173E67"/>
        </w:rPr>
        <w:t>1.3. Aadress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2C0E01C8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70" w:type="dxa"/>
              <w:bottom w:w="70" w:type="dxa"/>
              <w:right w:w="170" w:type="dxa"/>
            </w:tcMar>
          </w:tcPr>
          <w:p w14:paraId="00DFFD88" w14:textId="6B382D4B" w:rsidR="00E47C52" w:rsidRDefault="00E47C52"/>
        </w:tc>
      </w:tr>
    </w:tbl>
    <w:p w14:paraId="3067120D" w14:textId="77777777" w:rsidR="00E47C52" w:rsidRDefault="00E47C52">
      <w:pPr>
        <w:spacing w:after="20"/>
      </w:pPr>
    </w:p>
    <w:p w14:paraId="7D2C4B22" w14:textId="77777777" w:rsidR="00E47C52" w:rsidRDefault="002A063F">
      <w:pPr>
        <w:keepNext/>
      </w:pPr>
      <w:r>
        <w:rPr>
          <w:b/>
          <w:color w:val="173E67"/>
        </w:rPr>
        <w:t>1.4. E-posti aadress *</w:t>
      </w:r>
      <w:r>
        <w:rPr>
          <w:i/>
          <w:color w:val="5A646E"/>
          <w:sz w:val="18"/>
        </w:rPr>
        <w:br/>
        <w:t>Märkige e-posti aadress, kuhu soovite menetlusdokumentide edastamist.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0E0ABFA7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70" w:type="dxa"/>
              <w:bottom w:w="70" w:type="dxa"/>
              <w:right w:w="170" w:type="dxa"/>
            </w:tcMar>
          </w:tcPr>
          <w:p w14:paraId="274B47B5" w14:textId="652E9147" w:rsidR="00E47C52" w:rsidRDefault="00E47C52"/>
        </w:tc>
      </w:tr>
    </w:tbl>
    <w:p w14:paraId="4D67156D" w14:textId="77777777" w:rsidR="00E47C52" w:rsidRDefault="00E47C52">
      <w:pPr>
        <w:spacing w:after="20"/>
      </w:pPr>
    </w:p>
    <w:p w14:paraId="06ADD370" w14:textId="77777777" w:rsidR="00E47C52" w:rsidRDefault="002A063F">
      <w:pPr>
        <w:keepNext/>
      </w:pPr>
      <w:r>
        <w:rPr>
          <w:b/>
          <w:color w:val="173E67"/>
        </w:rPr>
        <w:t>1.5. Telefon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55C07070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70" w:type="dxa"/>
              <w:bottom w:w="70" w:type="dxa"/>
              <w:right w:w="170" w:type="dxa"/>
            </w:tcMar>
          </w:tcPr>
          <w:p w14:paraId="5595252F" w14:textId="46883486" w:rsidR="00E47C52" w:rsidRDefault="00E47C52"/>
        </w:tc>
      </w:tr>
    </w:tbl>
    <w:p w14:paraId="52A655E6" w14:textId="77777777" w:rsidR="00E47C52" w:rsidRDefault="00E47C52">
      <w:pPr>
        <w:spacing w:after="20"/>
      </w:pPr>
    </w:p>
    <w:p w14:paraId="523A30E5" w14:textId="77777777" w:rsidR="00E47C52" w:rsidRDefault="002A063F">
      <w:pPr>
        <w:keepNext/>
      </w:pPr>
      <w:r>
        <w:rPr>
          <w:b/>
          <w:color w:val="173E67"/>
        </w:rPr>
        <w:t>1.6. Muud kontaktandmed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5195695C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70" w:type="dxa"/>
              <w:bottom w:w="70" w:type="dxa"/>
              <w:right w:w="170" w:type="dxa"/>
            </w:tcMar>
          </w:tcPr>
          <w:p w14:paraId="1D72A0F4" w14:textId="7253C973" w:rsidR="00E47C52" w:rsidRDefault="00E47C52"/>
        </w:tc>
      </w:tr>
    </w:tbl>
    <w:p w14:paraId="6BF7DB84" w14:textId="77777777" w:rsidR="00E47C52" w:rsidRDefault="00E47C5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47C52" w14:paraId="77E78E74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1EAD42C7" w14:textId="77777777" w:rsidR="00E47C52" w:rsidRDefault="002A063F">
            <w:r>
              <w:rPr>
                <w:b/>
                <w:color w:val="173E67"/>
                <w:sz w:val="26"/>
              </w:rPr>
              <w:t>2. Esindaja andmed</w:t>
            </w:r>
          </w:p>
        </w:tc>
      </w:tr>
    </w:tbl>
    <w:p w14:paraId="0950E0E5" w14:textId="77777777" w:rsidR="00E47C52" w:rsidRDefault="002A063F">
      <w:r>
        <w:rPr>
          <w:i/>
          <w:color w:val="505A64"/>
        </w:rPr>
        <w:t>Täitke see osa, kui esitate taotluse teise isiku nimel. Lisage esindusõigust tõendav dokument, näiteks volikiri. Dokumenti ei ole vaja lisada, kui Teie esindusõigus on nähtav äriregistrist.</w:t>
      </w:r>
    </w:p>
    <w:p w14:paraId="7ED06244" w14:textId="77777777" w:rsidR="00E47C52" w:rsidRDefault="002A063F">
      <w:pPr>
        <w:keepNext/>
      </w:pPr>
      <w:r>
        <w:rPr>
          <w:b/>
          <w:color w:val="173E67"/>
        </w:rPr>
        <w:t>2.1. Esindaja nimi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6B8D99C8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70" w:type="dxa"/>
              <w:bottom w:w="70" w:type="dxa"/>
              <w:right w:w="170" w:type="dxa"/>
            </w:tcMar>
          </w:tcPr>
          <w:p w14:paraId="1B56C9EF" w14:textId="63395C63" w:rsidR="00E47C52" w:rsidRDefault="00E47C52"/>
        </w:tc>
      </w:tr>
    </w:tbl>
    <w:p w14:paraId="32518432" w14:textId="77777777" w:rsidR="00E47C52" w:rsidRDefault="00E47C52">
      <w:pPr>
        <w:spacing w:after="20"/>
      </w:pPr>
    </w:p>
    <w:p w14:paraId="7C49336C" w14:textId="77777777" w:rsidR="00E47C52" w:rsidRDefault="002A063F">
      <w:pPr>
        <w:keepNext/>
      </w:pPr>
      <w:r>
        <w:rPr>
          <w:b/>
          <w:color w:val="173E67"/>
        </w:rPr>
        <w:lastRenderedPageBreak/>
        <w:t>2.2. Isikukood või registreerimisnumber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78054AAB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70" w:type="dxa"/>
              <w:bottom w:w="70" w:type="dxa"/>
              <w:right w:w="170" w:type="dxa"/>
            </w:tcMar>
          </w:tcPr>
          <w:p w14:paraId="1F46BE75" w14:textId="2A9A25B2" w:rsidR="00E47C52" w:rsidRDefault="00E47C52"/>
        </w:tc>
      </w:tr>
    </w:tbl>
    <w:p w14:paraId="7E0E7CDA" w14:textId="77777777" w:rsidR="00E47C52" w:rsidRDefault="00E47C52">
      <w:pPr>
        <w:spacing w:after="20"/>
      </w:pPr>
    </w:p>
    <w:p w14:paraId="0CD8A56B" w14:textId="77777777" w:rsidR="00E47C52" w:rsidRDefault="002A063F">
      <w:pPr>
        <w:keepNext/>
      </w:pPr>
      <w:r>
        <w:rPr>
          <w:b/>
          <w:color w:val="173E67"/>
        </w:rPr>
        <w:t>2.3. Aadress ja kontaktandmed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5C7C7412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70" w:type="dxa"/>
              <w:bottom w:w="70" w:type="dxa"/>
              <w:right w:w="170" w:type="dxa"/>
            </w:tcMar>
          </w:tcPr>
          <w:p w14:paraId="6E4EB4D6" w14:textId="76A4EE6F" w:rsidR="00E47C52" w:rsidRDefault="00E47C52"/>
        </w:tc>
      </w:tr>
    </w:tbl>
    <w:p w14:paraId="2D7DB9F8" w14:textId="77777777" w:rsidR="00E47C52" w:rsidRDefault="00E47C5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47C52" w14:paraId="794F9809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4B543A5B" w14:textId="77777777" w:rsidR="00E47C52" w:rsidRDefault="002A063F">
            <w:r>
              <w:rPr>
                <w:b/>
                <w:color w:val="173E67"/>
                <w:sz w:val="26"/>
              </w:rPr>
              <w:t>3. Ettevõtja või ettevõtjate ühendus, kelle tegevust taotlus puudutab</w:t>
            </w:r>
          </w:p>
        </w:tc>
      </w:tr>
    </w:tbl>
    <w:p w14:paraId="7D888F72" w14:textId="77777777" w:rsidR="00E47C52" w:rsidRDefault="002A063F">
      <w:pPr>
        <w:keepNext/>
      </w:pPr>
      <w:r>
        <w:rPr>
          <w:b/>
          <w:color w:val="173E67"/>
        </w:rPr>
        <w:t>3.1. Nimi või nimetus *</w:t>
      </w:r>
      <w:r>
        <w:rPr>
          <w:i/>
          <w:color w:val="5A646E"/>
          <w:sz w:val="18"/>
        </w:rPr>
        <w:br/>
        <w:t>Märkige ettevõtja või ettevõtjate ühenduse nimi ning vajaduse korral kaubamärk või muu identifitseeriv nimetus.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7E4EEEE7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70" w:type="dxa"/>
              <w:bottom w:w="70" w:type="dxa"/>
              <w:right w:w="170" w:type="dxa"/>
            </w:tcMar>
          </w:tcPr>
          <w:p w14:paraId="7AF4041E" w14:textId="375FA63C" w:rsidR="00E47C52" w:rsidRDefault="00E47C52"/>
        </w:tc>
      </w:tr>
    </w:tbl>
    <w:p w14:paraId="3530056F" w14:textId="77777777" w:rsidR="00E47C52" w:rsidRDefault="00E47C52">
      <w:pPr>
        <w:spacing w:after="20"/>
      </w:pPr>
    </w:p>
    <w:p w14:paraId="0E4D545C" w14:textId="77777777" w:rsidR="00E47C52" w:rsidRDefault="002A063F">
      <w:pPr>
        <w:keepNext/>
      </w:pPr>
      <w:r>
        <w:rPr>
          <w:b/>
          <w:color w:val="173E67"/>
        </w:rPr>
        <w:t>3.2. Registrikood või muu identifitseerimist võimaldav teave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613BDA5A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70" w:type="dxa"/>
              <w:bottom w:w="70" w:type="dxa"/>
              <w:right w:w="170" w:type="dxa"/>
            </w:tcMar>
          </w:tcPr>
          <w:p w14:paraId="47AA0984" w14:textId="7D86CC7C" w:rsidR="00E47C52" w:rsidRDefault="00E47C52"/>
        </w:tc>
      </w:tr>
    </w:tbl>
    <w:p w14:paraId="5034A0E3" w14:textId="77777777" w:rsidR="00E47C52" w:rsidRDefault="00E47C52">
      <w:pPr>
        <w:spacing w:after="20"/>
      </w:pPr>
    </w:p>
    <w:p w14:paraId="0E0CF76A" w14:textId="77777777" w:rsidR="00E47C52" w:rsidRDefault="002A063F">
      <w:pPr>
        <w:keepNext/>
      </w:pPr>
      <w:r>
        <w:rPr>
          <w:b/>
          <w:color w:val="173E67"/>
        </w:rPr>
        <w:t>3.3. Aadress, veebileht ja kontaktandmed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16ABC02E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70" w:type="dxa"/>
              <w:bottom w:w="70" w:type="dxa"/>
              <w:right w:w="170" w:type="dxa"/>
            </w:tcMar>
          </w:tcPr>
          <w:p w14:paraId="227C53E8" w14:textId="6B7928EE" w:rsidR="00E47C52" w:rsidRDefault="00E47C52"/>
        </w:tc>
      </w:tr>
    </w:tbl>
    <w:p w14:paraId="55F85078" w14:textId="77777777" w:rsidR="00E47C52" w:rsidRDefault="00E47C52">
      <w:pPr>
        <w:spacing w:after="20"/>
      </w:pPr>
    </w:p>
    <w:p w14:paraId="3233E86E" w14:textId="77777777" w:rsidR="00E47C52" w:rsidRDefault="002A063F">
      <w:pPr>
        <w:keepNext/>
      </w:pPr>
      <w:r>
        <w:rPr>
          <w:b/>
          <w:color w:val="173E67"/>
        </w:rPr>
        <w:t>3.4. Seos taotlejaga *</w:t>
      </w:r>
      <w:r>
        <w:rPr>
          <w:i/>
          <w:color w:val="5A646E"/>
          <w:sz w:val="18"/>
        </w:rPr>
        <w:br/>
      </w:r>
      <w:r>
        <w:rPr>
          <w:i/>
          <w:color w:val="5A646E"/>
          <w:sz w:val="18"/>
        </w:rPr>
        <w:t>Kirjeldage näiteks lepingulist suhet, konkurendisuhet, kliendisuhet või muud asjakohast seost.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24C82FA8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0C689FD4" w14:textId="77777777" w:rsidR="00E47C52" w:rsidRDefault="002A063F">
            <w:r>
              <w:br/>
            </w:r>
          </w:p>
        </w:tc>
      </w:tr>
    </w:tbl>
    <w:p w14:paraId="2ED8F6E1" w14:textId="77777777" w:rsidR="00E47C52" w:rsidRDefault="00E47C5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47C52" w14:paraId="64515506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5483EE14" w14:textId="77777777" w:rsidR="00E47C52" w:rsidRDefault="002A063F">
            <w:r>
              <w:rPr>
                <w:b/>
                <w:color w:val="173E67"/>
                <w:sz w:val="26"/>
              </w:rPr>
              <w:t>4. Väidetava keelatud teo põhjalik kirjeldus</w:t>
            </w:r>
          </w:p>
        </w:tc>
      </w:tr>
    </w:tbl>
    <w:p w14:paraId="1F37A644" w14:textId="77777777" w:rsidR="00E47C52" w:rsidRDefault="002A063F">
      <w:pPr>
        <w:keepNext/>
      </w:pPr>
      <w:r>
        <w:rPr>
          <w:b/>
          <w:color w:val="173E67"/>
        </w:rPr>
        <w:t>4.1. Milles seisneb väidetav rikkumine? *</w:t>
      </w:r>
      <w:r>
        <w:rPr>
          <w:i/>
          <w:color w:val="5A646E"/>
          <w:sz w:val="18"/>
        </w:rPr>
        <w:br/>
        <w:t>Kirjeldage tegevust või tegevusetust võimalikult konkreetselt.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4D5E9F25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34F24570" w14:textId="77777777" w:rsidR="00E47C52" w:rsidRDefault="002A063F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420C36E4" w14:textId="77777777" w:rsidR="00E47C52" w:rsidRDefault="00E47C52">
      <w:pPr>
        <w:spacing w:after="20"/>
      </w:pPr>
    </w:p>
    <w:p w14:paraId="69A2AA9B" w14:textId="77777777" w:rsidR="00E47C52" w:rsidRDefault="002A063F">
      <w:pPr>
        <w:keepNext/>
      </w:pPr>
      <w:r>
        <w:rPr>
          <w:b/>
          <w:color w:val="173E67"/>
        </w:rPr>
        <w:t>4.2. Millal, kus ja kuidas on väidetav rikkumine toime pandud? *</w:t>
      </w:r>
      <w:r>
        <w:rPr>
          <w:i/>
          <w:color w:val="5A646E"/>
          <w:sz w:val="18"/>
        </w:rPr>
        <w:br/>
        <w:t>Esitage ajavahemik või kuupäevad, tegevuse koht ning toimepanemise viis.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365B5C8C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2077FE16" w14:textId="77777777" w:rsidR="00E47C52" w:rsidRDefault="002A063F">
            <w:r>
              <w:br/>
            </w:r>
            <w:r>
              <w:br/>
            </w:r>
            <w:r>
              <w:br/>
            </w:r>
          </w:p>
        </w:tc>
      </w:tr>
    </w:tbl>
    <w:p w14:paraId="3F07166B" w14:textId="77777777" w:rsidR="00E47C52" w:rsidRDefault="002A063F">
      <w:r>
        <w:rPr>
          <w:b/>
          <w:color w:val="173E67"/>
        </w:rPr>
        <w:lastRenderedPageBreak/>
        <w:t>4.3. Kas kirjeldatud tegevus jätkub taotluse esitamise ajal? *</w:t>
      </w:r>
    </w:p>
    <w:p w14:paraId="0DF3D566" w14:textId="4BA24FEA" w:rsidR="00E47C52" w:rsidRDefault="002A063F">
      <w:pPr>
        <w:ind w:left="113"/>
      </w:pPr>
      <w:sdt>
        <w:sdtPr>
          <w:id w:val="1468403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5905">
            <w:rPr>
              <w:rFonts w:ascii="MS Gothic" w:eastAsia="MS Gothic" w:hAnsi="MS Gothic" w:hint="eastAsia"/>
            </w:rPr>
            <w:t>☐</w:t>
          </w:r>
        </w:sdtContent>
      </w:sdt>
      <w:r w:rsidR="004637FB">
        <w:t xml:space="preserve"> Jah, tegevus jätkub.</w:t>
      </w:r>
    </w:p>
    <w:p w14:paraId="5E4E6B51" w14:textId="1076DC1F" w:rsidR="00E47C52" w:rsidRDefault="002A063F">
      <w:pPr>
        <w:ind w:left="113"/>
      </w:pPr>
      <w:sdt>
        <w:sdtPr>
          <w:id w:val="1213769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37FB">
            <w:rPr>
              <w:rFonts w:ascii="MS Gothic" w:eastAsia="MS Gothic" w:hAnsi="MS Gothic" w:hint="eastAsia"/>
            </w:rPr>
            <w:t>☐</w:t>
          </w:r>
        </w:sdtContent>
      </w:sdt>
      <w:r w:rsidR="004637FB">
        <w:t xml:space="preserve">  Ei.</w:t>
      </w:r>
    </w:p>
    <w:p w14:paraId="0177E449" w14:textId="01C40AD3" w:rsidR="00E47C52" w:rsidRDefault="002A063F">
      <w:pPr>
        <w:ind w:left="113"/>
      </w:pPr>
      <w:sdt>
        <w:sdtPr>
          <w:id w:val="-178819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37FB">
            <w:rPr>
              <w:rFonts w:ascii="MS Gothic" w:eastAsia="MS Gothic" w:hAnsi="MS Gothic" w:hint="eastAsia"/>
            </w:rPr>
            <w:t>☐</w:t>
          </w:r>
        </w:sdtContent>
      </w:sdt>
      <w:r w:rsidR="004637FB">
        <w:t xml:space="preserve">  Ei oska öelda.</w:t>
      </w:r>
    </w:p>
    <w:p w14:paraId="6F7D8089" w14:textId="77777777" w:rsidR="00E47C52" w:rsidRDefault="002A063F">
      <w:pPr>
        <w:keepNext/>
      </w:pPr>
      <w:r>
        <w:rPr>
          <w:b/>
          <w:color w:val="173E67"/>
        </w:rPr>
        <w:t>Kui tegevus jätkub, kirjeldage, milles selle jätkumine väljendub.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1E8B3A2A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3CB8F491" w14:textId="77777777" w:rsidR="00E47C52" w:rsidRDefault="002A063F">
            <w:r>
              <w:br/>
            </w:r>
            <w:r>
              <w:br/>
            </w:r>
          </w:p>
        </w:tc>
      </w:tr>
    </w:tbl>
    <w:p w14:paraId="5E432EC7" w14:textId="77777777" w:rsidR="00E47C52" w:rsidRDefault="00E47C52">
      <w:pPr>
        <w:spacing w:after="20"/>
      </w:pPr>
    </w:p>
    <w:p w14:paraId="52667A1C" w14:textId="77777777" w:rsidR="00E47C52" w:rsidRDefault="002A063F">
      <w:pPr>
        <w:keepNext/>
      </w:pPr>
      <w:r>
        <w:rPr>
          <w:b/>
          <w:color w:val="173E67"/>
        </w:rPr>
        <w:t>4.4. Millised asjaolud ja tegevused viitavad Teie hinnangul konkurentsiseaduse rikkumisele?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580D1095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40675AA4" w14:textId="77777777" w:rsidR="00E47C52" w:rsidRDefault="002A063F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0841F727" w14:textId="77777777" w:rsidR="00E47C52" w:rsidRDefault="00E47C52">
      <w:pPr>
        <w:spacing w:after="20"/>
      </w:pPr>
    </w:p>
    <w:p w14:paraId="65B35088" w14:textId="77777777" w:rsidR="00E47C52" w:rsidRDefault="002A063F">
      <w:pPr>
        <w:keepNext/>
      </w:pPr>
      <w:r>
        <w:rPr>
          <w:b/>
          <w:color w:val="173E67"/>
        </w:rPr>
        <w:t>4.5. Millise konkurentsireegli võimaliku rikkumisega Te kirjeldatud tegevust seostate?</w:t>
      </w:r>
      <w:r>
        <w:rPr>
          <w:i/>
          <w:color w:val="5A646E"/>
          <w:sz w:val="18"/>
        </w:rPr>
        <w:br/>
        <w:t>Te ei pea teadma seaduse paragrahvi. Kirjeldage võimaluse korral, kas tegemist võib olla näiteks konkurentsi piirava kokkuleppe või turgu valitseva seisundi kuritarvitamisega.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55286EFE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2B25688B" w14:textId="77777777" w:rsidR="00E47C52" w:rsidRDefault="002A063F">
            <w:r>
              <w:br/>
            </w:r>
            <w:r>
              <w:br/>
            </w:r>
          </w:p>
        </w:tc>
      </w:tr>
    </w:tbl>
    <w:p w14:paraId="0B36DF97" w14:textId="77777777" w:rsidR="00E47C52" w:rsidRDefault="00E47C5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47C52" w14:paraId="6A160768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532C6B1D" w14:textId="77777777" w:rsidR="00E47C52" w:rsidRDefault="002A063F">
            <w:r>
              <w:rPr>
                <w:b/>
                <w:color w:val="173E67"/>
                <w:sz w:val="26"/>
              </w:rPr>
              <w:t>5. Mõjutatud kaubad või teenused ja turg</w:t>
            </w:r>
          </w:p>
        </w:tc>
      </w:tr>
    </w:tbl>
    <w:p w14:paraId="6A2712BF" w14:textId="77777777" w:rsidR="00E47C52" w:rsidRDefault="002A063F">
      <w:pPr>
        <w:keepNext/>
      </w:pPr>
      <w:r>
        <w:rPr>
          <w:b/>
          <w:color w:val="173E67"/>
        </w:rPr>
        <w:t>5.1. Mõjutatud kaubad või teenused *</w:t>
      </w:r>
      <w:r>
        <w:rPr>
          <w:i/>
          <w:color w:val="5A646E"/>
          <w:sz w:val="18"/>
        </w:rPr>
        <w:br/>
        <w:t>Kirjeldage, milliseid kaupu või teenuseid väidetav rikkumine puudutab.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41A8E782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78070DCA" w14:textId="77777777" w:rsidR="00E47C52" w:rsidRDefault="002A063F">
            <w:r>
              <w:br/>
            </w:r>
            <w:r>
              <w:br/>
            </w:r>
            <w:r>
              <w:br/>
            </w:r>
          </w:p>
        </w:tc>
      </w:tr>
    </w:tbl>
    <w:p w14:paraId="07C63A13" w14:textId="77777777" w:rsidR="00E47C52" w:rsidRDefault="00E47C52">
      <w:pPr>
        <w:spacing w:after="20"/>
      </w:pPr>
    </w:p>
    <w:p w14:paraId="5AAEA831" w14:textId="063AECAE" w:rsidR="00E47C52" w:rsidRPr="00A675C0" w:rsidRDefault="002A063F">
      <w:pPr>
        <w:keepNext/>
        <w:rPr>
          <w:i/>
          <w:color w:val="5A646E"/>
          <w:sz w:val="18"/>
          <w:lang w:val="et-EE"/>
        </w:rPr>
      </w:pPr>
      <w:r>
        <w:rPr>
          <w:b/>
          <w:color w:val="173E67"/>
        </w:rPr>
        <w:t>5.2. Kauba- või teenuseturg *</w:t>
      </w:r>
      <w:r>
        <w:rPr>
          <w:i/>
          <w:color w:val="5A646E"/>
          <w:sz w:val="18"/>
        </w:rPr>
        <w:br/>
      </w:r>
      <w:r w:rsidR="00A675C0" w:rsidRPr="00A675C0">
        <w:rPr>
          <w:i/>
          <w:color w:val="5A646E"/>
          <w:sz w:val="18"/>
          <w:lang w:val="et-EE"/>
        </w:rPr>
        <w:t>Kirjeldage, millises tegevusvaldkonnas või milliste kaupade või teenuste pakkumisel väidetav rikkumine aset leiab. Võimaluse korral nimetage ka teised ettevõtjad, kes pakuvad samasuguseid või sarnaseid kaupu või teenuseid.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7143B3B5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79774FF7" w14:textId="77777777" w:rsidR="00E47C52" w:rsidRDefault="002A063F">
            <w:r>
              <w:br/>
            </w:r>
            <w:r>
              <w:br/>
            </w:r>
            <w:r>
              <w:br/>
            </w:r>
          </w:p>
        </w:tc>
      </w:tr>
    </w:tbl>
    <w:p w14:paraId="4D52260E" w14:textId="77777777" w:rsidR="00E47C52" w:rsidRDefault="00E47C52">
      <w:pPr>
        <w:spacing w:after="20"/>
      </w:pPr>
    </w:p>
    <w:p w14:paraId="638AD84D" w14:textId="77777777" w:rsidR="00E47C52" w:rsidRDefault="002A063F">
      <w:pPr>
        <w:keepNext/>
      </w:pPr>
      <w:r>
        <w:rPr>
          <w:b/>
          <w:color w:val="173E67"/>
        </w:rPr>
        <w:lastRenderedPageBreak/>
        <w:t>5.3. Geograafiline ulatus *</w:t>
      </w:r>
      <w:r>
        <w:rPr>
          <w:i/>
          <w:color w:val="5A646E"/>
          <w:sz w:val="18"/>
        </w:rPr>
        <w:br/>
      </w:r>
      <w:r>
        <w:rPr>
          <w:i/>
          <w:color w:val="5A646E"/>
          <w:sz w:val="18"/>
        </w:rPr>
        <w:t>Määratlege piirkond, kus väidetav rikkumine aset leiab, näiteks Eesti, maakond, linn või laiem piiriülene ala.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65D90DD7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6098ED6B" w14:textId="77777777" w:rsidR="00E47C52" w:rsidRDefault="002A063F">
            <w:r>
              <w:br/>
            </w:r>
            <w:r>
              <w:br/>
            </w:r>
          </w:p>
        </w:tc>
      </w:tr>
    </w:tbl>
    <w:p w14:paraId="52F4E77E" w14:textId="77777777" w:rsidR="00E47C52" w:rsidRDefault="00E47C52">
      <w:pPr>
        <w:spacing w:after="20"/>
      </w:pPr>
    </w:p>
    <w:p w14:paraId="1861A651" w14:textId="77777777" w:rsidR="00E47C52" w:rsidRDefault="002A063F">
      <w:pPr>
        <w:keepNext/>
      </w:pPr>
      <w:r>
        <w:rPr>
          <w:b/>
          <w:color w:val="173E67"/>
        </w:rPr>
        <w:t>5.4. Mõju konkurentsiolukorrale *</w:t>
      </w:r>
      <w:r>
        <w:rPr>
          <w:i/>
          <w:color w:val="5A646E"/>
          <w:sz w:val="18"/>
        </w:rPr>
        <w:br/>
        <w:t>Selgitage, kuidas kirjeldatud tegevus mõjutab konkurentsi, turule sisenemist, hindu, valikut, kvaliteeti, innovatsiooni või ettevõtjate tegutsemisvõimalusi.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398B9F95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75362739" w14:textId="77777777" w:rsidR="00E47C52" w:rsidRDefault="002A063F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3C75E3EE" w14:textId="77777777" w:rsidR="00E47C52" w:rsidRDefault="00E47C5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47C52" w14:paraId="0E81DE9F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11B60245" w14:textId="77777777" w:rsidR="00E47C52" w:rsidRDefault="002A063F">
            <w:r>
              <w:rPr>
                <w:b/>
                <w:color w:val="173E67"/>
                <w:sz w:val="26"/>
              </w:rPr>
              <w:t>6. Taotleja õiguste oluline puudutamine ja tsiviilkohtumenetlus</w:t>
            </w:r>
          </w:p>
        </w:tc>
      </w:tr>
    </w:tbl>
    <w:p w14:paraId="27462D2A" w14:textId="77777777" w:rsidR="00E47C52" w:rsidRDefault="002A063F">
      <w:pPr>
        <w:keepNext/>
      </w:pPr>
      <w:r>
        <w:rPr>
          <w:b/>
          <w:color w:val="173E67"/>
        </w:rPr>
        <w:t>6.1. Kuidas puudutab väidetava keelatud teo toimepanemine oluliselt Teie õigusi? *</w:t>
      </w:r>
      <w:r>
        <w:rPr>
          <w:i/>
          <w:color w:val="5A646E"/>
          <w:sz w:val="18"/>
        </w:rPr>
        <w:br/>
      </w:r>
      <w:r>
        <w:rPr>
          <w:i/>
          <w:color w:val="5A646E"/>
          <w:sz w:val="18"/>
        </w:rPr>
        <w:t>Kirjeldage konkreetset ja olulist mõju Teie õigustele või tegevusele.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7E90B0E0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4A3F6EF6" w14:textId="77777777" w:rsidR="00E47C52" w:rsidRDefault="002A063F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0FDE7598" w14:textId="77777777" w:rsidR="00E47C52" w:rsidRDefault="00E47C52">
      <w:pPr>
        <w:spacing w:after="20"/>
      </w:pPr>
    </w:p>
    <w:p w14:paraId="6451F134" w14:textId="77777777" w:rsidR="00E47C52" w:rsidRDefault="002A063F">
      <w:pPr>
        <w:keepNext/>
      </w:pPr>
      <w:r>
        <w:rPr>
          <w:b/>
          <w:color w:val="173E67"/>
        </w:rPr>
        <w:t>6.2. Miks ei ole võimalik Teie õigusi samaväärselt kaitsta tsiviilkohtumenetluses? *</w:t>
      </w:r>
      <w:r>
        <w:rPr>
          <w:i/>
          <w:color w:val="5A646E"/>
          <w:sz w:val="18"/>
        </w:rPr>
        <w:br/>
        <w:t>Selgitage, miks ei annaks tsiviilkohtumenetlus samaväärset kaitset või tulemust.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1651ACF1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369F3F71" w14:textId="77777777" w:rsidR="00E47C52" w:rsidRDefault="002A063F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566459B0" w14:textId="77777777" w:rsidR="00E47C52" w:rsidRDefault="00E47C5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47C52" w14:paraId="1F2819E5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62D1A15B" w14:textId="77777777" w:rsidR="00E47C52" w:rsidRDefault="002A063F">
            <w:r>
              <w:rPr>
                <w:b/>
                <w:color w:val="173E67"/>
                <w:sz w:val="26"/>
              </w:rPr>
              <w:t>7. Seotud menetlused ja varasemad pöördumised</w:t>
            </w:r>
          </w:p>
        </w:tc>
      </w:tr>
    </w:tbl>
    <w:p w14:paraId="60762701" w14:textId="77777777" w:rsidR="00E47C52" w:rsidRDefault="002A063F">
      <w:r>
        <w:rPr>
          <w:b/>
          <w:color w:val="173E67"/>
        </w:rPr>
        <w:t>7.1. Kas samade või seotud asjaolude kohta on pooleli või kavandamisel kohtuvaidlus? *</w:t>
      </w:r>
    </w:p>
    <w:p w14:paraId="2FC32FC6" w14:textId="6FFDE01C" w:rsidR="00E47C52" w:rsidRDefault="002A063F">
      <w:pPr>
        <w:ind w:left="113"/>
      </w:pPr>
      <w:sdt>
        <w:sdtPr>
          <w:id w:val="1890763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37FB">
            <w:rPr>
              <w:rFonts w:ascii="MS Gothic" w:eastAsia="MS Gothic" w:hAnsi="MS Gothic" w:hint="eastAsia"/>
            </w:rPr>
            <w:t>☐</w:t>
          </w:r>
        </w:sdtContent>
      </w:sdt>
      <w:r w:rsidR="004637FB">
        <w:t xml:space="preserve">  Ei.</w:t>
      </w:r>
    </w:p>
    <w:p w14:paraId="6E0C93AC" w14:textId="7EF1BD62" w:rsidR="00E47C52" w:rsidRDefault="002A063F">
      <w:pPr>
        <w:ind w:left="113"/>
      </w:pPr>
      <w:sdt>
        <w:sdtPr>
          <w:id w:val="1949426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37FB">
            <w:rPr>
              <w:rFonts w:ascii="MS Gothic" w:eastAsia="MS Gothic" w:hAnsi="MS Gothic" w:hint="eastAsia"/>
            </w:rPr>
            <w:t>☐</w:t>
          </w:r>
        </w:sdtContent>
      </w:sdt>
      <w:r w:rsidR="004637FB">
        <w:t xml:space="preserve">  Jah, pooleli.</w:t>
      </w:r>
    </w:p>
    <w:p w14:paraId="738A1808" w14:textId="553A09F1" w:rsidR="00E47C52" w:rsidRDefault="002A063F">
      <w:pPr>
        <w:ind w:left="113"/>
      </w:pPr>
      <w:sdt>
        <w:sdtPr>
          <w:id w:val="-101733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37FB">
            <w:rPr>
              <w:rFonts w:ascii="MS Gothic" w:eastAsia="MS Gothic" w:hAnsi="MS Gothic" w:hint="eastAsia"/>
            </w:rPr>
            <w:t>☐</w:t>
          </w:r>
        </w:sdtContent>
      </w:sdt>
      <w:r w:rsidR="004637FB">
        <w:t xml:space="preserve">  Jah, kavandamisel.</w:t>
      </w:r>
    </w:p>
    <w:p w14:paraId="13C8D023" w14:textId="77777777" w:rsidR="00E47C52" w:rsidRDefault="002A063F">
      <w:pPr>
        <w:keepNext/>
      </w:pPr>
      <w:r>
        <w:rPr>
          <w:b/>
          <w:color w:val="173E67"/>
        </w:rPr>
        <w:t>Kui jah, märkige kohus, menetluse number, pooled ja menetluse seis.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170AC918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19E5917B" w14:textId="59A91C7D" w:rsidR="00E47C52" w:rsidRDefault="00E47C52"/>
        </w:tc>
      </w:tr>
    </w:tbl>
    <w:p w14:paraId="13D1540B" w14:textId="77777777" w:rsidR="00E47C52" w:rsidRDefault="00E47C5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47C52" w14:paraId="5AE0EEFA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6091F7EB" w14:textId="77777777" w:rsidR="00E47C52" w:rsidRDefault="002A063F">
            <w:r>
              <w:rPr>
                <w:b/>
                <w:color w:val="173E67"/>
                <w:sz w:val="26"/>
              </w:rPr>
              <w:t>8. Tõendid ja lisad</w:t>
            </w:r>
          </w:p>
        </w:tc>
      </w:tr>
    </w:tbl>
    <w:p w14:paraId="023CC949" w14:textId="74BE3743" w:rsidR="00E47C52" w:rsidRDefault="1DE6FA0A">
      <w:r>
        <w:t>Lisage olemasolu korral asjaolusid kinnitavad dokumendid või muu</w:t>
      </w:r>
      <w:r w:rsidR="40A68D7B">
        <w:t>d</w:t>
      </w:r>
      <w:r>
        <w:t xml:space="preserve"> tõendusmaterjal</w:t>
      </w:r>
      <w:r w:rsidR="7833E0DB">
        <w:t>id (fotod, lingid, kuvatõmmised)</w:t>
      </w:r>
      <w:r>
        <w:t>. Nimetage iga lisa selgelt ning viidake taotluse tekstis, millist väidet see kinnitab.</w:t>
      </w:r>
      <w:r w:rsidR="70E9236B">
        <w:t xml:space="preserve"> Vajadusel pikendage nimekirja.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929"/>
        <w:gridCol w:w="3242"/>
        <w:gridCol w:w="2700"/>
        <w:gridCol w:w="2091"/>
      </w:tblGrid>
      <w:tr w:rsidR="00167690" w14:paraId="71056989" w14:textId="77777777" w:rsidTr="00167690">
        <w:tc>
          <w:tcPr>
            <w:tcW w:w="1983" w:type="dxa"/>
            <w:shd w:val="clear" w:color="auto" w:fill="D9E6F2"/>
          </w:tcPr>
          <w:p w14:paraId="7E200EBB" w14:textId="77777777" w:rsidR="00167690" w:rsidRDefault="00167690" w:rsidP="0024388C">
            <w:r>
              <w:rPr>
                <w:b/>
              </w:rPr>
              <w:t>Nr</w:t>
            </w:r>
          </w:p>
        </w:tc>
        <w:tc>
          <w:tcPr>
            <w:tcW w:w="3313" w:type="dxa"/>
            <w:shd w:val="clear" w:color="auto" w:fill="D9E6F2"/>
          </w:tcPr>
          <w:p w14:paraId="2EE21E29" w14:textId="3E2892B3" w:rsidR="00167690" w:rsidRDefault="00167690" w:rsidP="0024388C">
            <w:r>
              <w:rPr>
                <w:b/>
              </w:rPr>
              <w:t>Dokumendi või tõendi nimetus</w:t>
            </w:r>
          </w:p>
        </w:tc>
        <w:tc>
          <w:tcPr>
            <w:tcW w:w="2762" w:type="dxa"/>
            <w:shd w:val="clear" w:color="auto" w:fill="D9E6F2"/>
          </w:tcPr>
          <w:p w14:paraId="33ABD90C" w14:textId="77777777" w:rsidR="00167690" w:rsidRDefault="00167690" w:rsidP="0024388C">
            <w:r>
              <w:rPr>
                <w:b/>
              </w:rPr>
              <w:t>Mida see tõendab</w:t>
            </w:r>
          </w:p>
        </w:tc>
        <w:tc>
          <w:tcPr>
            <w:tcW w:w="2130" w:type="dxa"/>
            <w:shd w:val="clear" w:color="auto" w:fill="D9E6F2"/>
          </w:tcPr>
          <w:p w14:paraId="62B26624" w14:textId="77777777" w:rsidR="00167690" w:rsidRDefault="00167690" w:rsidP="0024388C">
            <w:r>
              <w:rPr>
                <w:b/>
              </w:rPr>
              <w:t>Faili nimi / lehekülg</w:t>
            </w:r>
          </w:p>
        </w:tc>
      </w:tr>
      <w:tr w:rsidR="00167690" w14:paraId="4D58FEB7" w14:textId="77777777" w:rsidTr="00167690">
        <w:tc>
          <w:tcPr>
            <w:tcW w:w="1983" w:type="dxa"/>
          </w:tcPr>
          <w:p w14:paraId="77AEB3A3" w14:textId="77777777" w:rsidR="00167690" w:rsidRDefault="00167690" w:rsidP="0024388C">
            <w:r>
              <w:t>1</w:t>
            </w:r>
          </w:p>
        </w:tc>
        <w:tc>
          <w:tcPr>
            <w:tcW w:w="3313" w:type="dxa"/>
          </w:tcPr>
          <w:p w14:paraId="042E729F" w14:textId="77777777" w:rsidR="00167690" w:rsidRDefault="00167690" w:rsidP="0024388C"/>
        </w:tc>
        <w:tc>
          <w:tcPr>
            <w:tcW w:w="2762" w:type="dxa"/>
          </w:tcPr>
          <w:p w14:paraId="04F001BA" w14:textId="77777777" w:rsidR="00167690" w:rsidRDefault="00167690" w:rsidP="0024388C"/>
        </w:tc>
        <w:tc>
          <w:tcPr>
            <w:tcW w:w="2130" w:type="dxa"/>
          </w:tcPr>
          <w:p w14:paraId="067EE662" w14:textId="77777777" w:rsidR="00167690" w:rsidRDefault="00167690" w:rsidP="0024388C"/>
        </w:tc>
      </w:tr>
      <w:tr w:rsidR="00167690" w14:paraId="3209657E" w14:textId="77777777" w:rsidTr="00167690">
        <w:tc>
          <w:tcPr>
            <w:tcW w:w="1983" w:type="dxa"/>
          </w:tcPr>
          <w:p w14:paraId="6A308666" w14:textId="77777777" w:rsidR="00167690" w:rsidRDefault="00167690" w:rsidP="0024388C">
            <w:r>
              <w:t>2</w:t>
            </w:r>
          </w:p>
        </w:tc>
        <w:tc>
          <w:tcPr>
            <w:tcW w:w="3313" w:type="dxa"/>
          </w:tcPr>
          <w:p w14:paraId="62A0E1AD" w14:textId="77777777" w:rsidR="00167690" w:rsidRDefault="00167690" w:rsidP="0024388C"/>
        </w:tc>
        <w:tc>
          <w:tcPr>
            <w:tcW w:w="2762" w:type="dxa"/>
          </w:tcPr>
          <w:p w14:paraId="50FE95E5" w14:textId="77777777" w:rsidR="00167690" w:rsidRDefault="00167690" w:rsidP="0024388C"/>
        </w:tc>
        <w:tc>
          <w:tcPr>
            <w:tcW w:w="2130" w:type="dxa"/>
          </w:tcPr>
          <w:p w14:paraId="51C9492F" w14:textId="77777777" w:rsidR="00167690" w:rsidRDefault="00167690" w:rsidP="0024388C"/>
        </w:tc>
      </w:tr>
      <w:tr w:rsidR="00167690" w14:paraId="51556F28" w14:textId="77777777" w:rsidTr="00167690">
        <w:tc>
          <w:tcPr>
            <w:tcW w:w="1983" w:type="dxa"/>
          </w:tcPr>
          <w:p w14:paraId="2D876F50" w14:textId="77777777" w:rsidR="00167690" w:rsidRDefault="00167690" w:rsidP="0024388C">
            <w:r>
              <w:t>3</w:t>
            </w:r>
          </w:p>
        </w:tc>
        <w:tc>
          <w:tcPr>
            <w:tcW w:w="3313" w:type="dxa"/>
          </w:tcPr>
          <w:p w14:paraId="3FC6100D" w14:textId="77777777" w:rsidR="00167690" w:rsidRDefault="00167690" w:rsidP="0024388C"/>
        </w:tc>
        <w:tc>
          <w:tcPr>
            <w:tcW w:w="2762" w:type="dxa"/>
          </w:tcPr>
          <w:p w14:paraId="2C62A135" w14:textId="77777777" w:rsidR="00167690" w:rsidRDefault="00167690" w:rsidP="0024388C"/>
        </w:tc>
        <w:tc>
          <w:tcPr>
            <w:tcW w:w="2130" w:type="dxa"/>
          </w:tcPr>
          <w:p w14:paraId="5ECF49F7" w14:textId="77777777" w:rsidR="00167690" w:rsidRDefault="00167690" w:rsidP="0024388C"/>
        </w:tc>
      </w:tr>
      <w:tr w:rsidR="00167690" w14:paraId="72235673" w14:textId="77777777" w:rsidTr="00167690">
        <w:tc>
          <w:tcPr>
            <w:tcW w:w="1983" w:type="dxa"/>
          </w:tcPr>
          <w:p w14:paraId="559636FC" w14:textId="77777777" w:rsidR="00167690" w:rsidRDefault="00167690" w:rsidP="0024388C">
            <w:r>
              <w:t>4</w:t>
            </w:r>
          </w:p>
        </w:tc>
        <w:tc>
          <w:tcPr>
            <w:tcW w:w="3313" w:type="dxa"/>
          </w:tcPr>
          <w:p w14:paraId="7EC83922" w14:textId="77777777" w:rsidR="00167690" w:rsidRDefault="00167690" w:rsidP="0024388C"/>
        </w:tc>
        <w:tc>
          <w:tcPr>
            <w:tcW w:w="2762" w:type="dxa"/>
          </w:tcPr>
          <w:p w14:paraId="6244DA84" w14:textId="77777777" w:rsidR="00167690" w:rsidRDefault="00167690" w:rsidP="0024388C"/>
        </w:tc>
        <w:tc>
          <w:tcPr>
            <w:tcW w:w="2130" w:type="dxa"/>
          </w:tcPr>
          <w:p w14:paraId="067FDBE3" w14:textId="77777777" w:rsidR="00167690" w:rsidRDefault="00167690" w:rsidP="0024388C"/>
        </w:tc>
      </w:tr>
      <w:tr w:rsidR="00167690" w14:paraId="66E807F4" w14:textId="77777777" w:rsidTr="00167690">
        <w:tc>
          <w:tcPr>
            <w:tcW w:w="1983" w:type="dxa"/>
          </w:tcPr>
          <w:p w14:paraId="50B86274" w14:textId="77777777" w:rsidR="00167690" w:rsidRDefault="00167690" w:rsidP="0024388C">
            <w:r>
              <w:t>5</w:t>
            </w:r>
          </w:p>
        </w:tc>
        <w:tc>
          <w:tcPr>
            <w:tcW w:w="3313" w:type="dxa"/>
          </w:tcPr>
          <w:p w14:paraId="4CA5CC8A" w14:textId="77777777" w:rsidR="00167690" w:rsidRDefault="00167690" w:rsidP="0024388C"/>
        </w:tc>
        <w:tc>
          <w:tcPr>
            <w:tcW w:w="2762" w:type="dxa"/>
          </w:tcPr>
          <w:p w14:paraId="0FA4A027" w14:textId="77777777" w:rsidR="00167690" w:rsidRDefault="00167690" w:rsidP="0024388C"/>
        </w:tc>
        <w:tc>
          <w:tcPr>
            <w:tcW w:w="2130" w:type="dxa"/>
          </w:tcPr>
          <w:p w14:paraId="39A0BFBA" w14:textId="77777777" w:rsidR="00167690" w:rsidRDefault="00167690" w:rsidP="0024388C"/>
        </w:tc>
      </w:tr>
      <w:tr w:rsidR="00167690" w14:paraId="5A6C04C1" w14:textId="77777777" w:rsidTr="00167690">
        <w:tc>
          <w:tcPr>
            <w:tcW w:w="1983" w:type="dxa"/>
          </w:tcPr>
          <w:p w14:paraId="6E85FD1F" w14:textId="77777777" w:rsidR="00167690" w:rsidRDefault="00167690" w:rsidP="0024388C">
            <w:r>
              <w:t>6</w:t>
            </w:r>
          </w:p>
        </w:tc>
        <w:tc>
          <w:tcPr>
            <w:tcW w:w="3313" w:type="dxa"/>
          </w:tcPr>
          <w:p w14:paraId="254C742B" w14:textId="77777777" w:rsidR="00167690" w:rsidRDefault="00167690" w:rsidP="0024388C"/>
        </w:tc>
        <w:tc>
          <w:tcPr>
            <w:tcW w:w="2762" w:type="dxa"/>
          </w:tcPr>
          <w:p w14:paraId="01114A4D" w14:textId="77777777" w:rsidR="00167690" w:rsidRDefault="00167690" w:rsidP="0024388C"/>
        </w:tc>
        <w:tc>
          <w:tcPr>
            <w:tcW w:w="2130" w:type="dxa"/>
          </w:tcPr>
          <w:p w14:paraId="0F5C13B0" w14:textId="77777777" w:rsidR="00167690" w:rsidRDefault="00167690" w:rsidP="0024388C"/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47C52" w14:paraId="209D996A" w14:textId="77777777" w:rsidTr="5E89584D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45D1E727" w14:textId="656C4A12" w:rsidR="00E47C52" w:rsidRDefault="1DE6FA0A" w:rsidP="5E89584D">
            <w:pPr>
              <w:rPr>
                <w:b/>
                <w:bCs/>
                <w:color w:val="173E67"/>
                <w:sz w:val="26"/>
                <w:szCs w:val="26"/>
              </w:rPr>
            </w:pPr>
            <w:r w:rsidRPr="5E89584D">
              <w:rPr>
                <w:b/>
                <w:bCs/>
                <w:color w:val="173E67"/>
                <w:sz w:val="26"/>
                <w:szCs w:val="26"/>
              </w:rPr>
              <w:t xml:space="preserve">9. </w:t>
            </w:r>
            <w:r w:rsidR="22A2C7AA" w:rsidRPr="5E89584D">
              <w:rPr>
                <w:b/>
                <w:bCs/>
                <w:color w:val="173E67"/>
                <w:sz w:val="26"/>
                <w:szCs w:val="26"/>
              </w:rPr>
              <w:t>Ä</w:t>
            </w:r>
            <w:r w:rsidRPr="5E89584D">
              <w:rPr>
                <w:b/>
                <w:bCs/>
                <w:color w:val="173E67"/>
                <w:sz w:val="26"/>
                <w:szCs w:val="26"/>
              </w:rPr>
              <w:t>risaladus</w:t>
            </w:r>
            <w:r w:rsidR="19CF41E6" w:rsidRPr="5E89584D">
              <w:rPr>
                <w:b/>
                <w:bCs/>
                <w:color w:val="173E67"/>
                <w:sz w:val="26"/>
                <w:szCs w:val="26"/>
              </w:rPr>
              <w:t>e märkimine</w:t>
            </w:r>
          </w:p>
        </w:tc>
      </w:tr>
    </w:tbl>
    <w:p w14:paraId="605EDE2F" w14:textId="22623AC0" w:rsidR="1634F923" w:rsidRPr="003503B9" w:rsidRDefault="1634F923" w:rsidP="5E89584D">
      <w:r w:rsidRPr="003503B9">
        <w:t xml:space="preserve">Kui taotlus või selle lisad sisaldavad ärisaladust, palun tähistage vastavad osad selgelt (nt värvi või nurksulgudega) ning põhjendage nende määramist ärisaladuseks. </w:t>
      </w:r>
      <w:r w:rsidR="008C53BB">
        <w:t>Rohkem</w:t>
      </w:r>
      <w:r w:rsidRPr="003503B9">
        <w:t xml:space="preserve"> teave ärisaladus</w:t>
      </w:r>
      <w:r w:rsidR="004D2DF6">
        <w:t>e</w:t>
      </w:r>
      <w:r w:rsidR="008C53BB">
        <w:t xml:space="preserve"> kohta</w:t>
      </w:r>
      <w:r w:rsidR="004D2DF6">
        <w:t xml:space="preserve"> </w:t>
      </w:r>
      <w:r w:rsidRPr="003503B9">
        <w:t>on leitav Konkurentsiameti</w:t>
      </w:r>
      <w:r w:rsidR="03052973" w:rsidRPr="003503B9">
        <w:rPr>
          <w:color w:val="505A64"/>
        </w:rPr>
        <w:t xml:space="preserve"> </w:t>
      </w:r>
      <w:hyperlink r:id="rId9">
        <w:r w:rsidR="03052973" w:rsidRPr="003503B9">
          <w:rPr>
            <w:rStyle w:val="Hperlink"/>
          </w:rPr>
          <w:t>ärisaladuse juhisest.</w:t>
        </w:r>
      </w:hyperlink>
    </w:p>
    <w:p w14:paraId="4FC972B1" w14:textId="6752E051" w:rsidR="00E47C52" w:rsidRDefault="1DE6FA0A">
      <w:pPr>
        <w:keepNext/>
      </w:pPr>
      <w:r w:rsidRPr="5E89584D">
        <w:rPr>
          <w:b/>
          <w:bCs/>
          <w:color w:val="173E67"/>
        </w:rPr>
        <w:t xml:space="preserve">9.1. </w:t>
      </w:r>
      <w:r w:rsidR="01C3600C" w:rsidRPr="5E89584D">
        <w:rPr>
          <w:b/>
          <w:bCs/>
          <w:color w:val="173E67"/>
        </w:rPr>
        <w:t>Ä</w:t>
      </w:r>
      <w:r w:rsidRPr="5E89584D">
        <w:rPr>
          <w:b/>
          <w:bCs/>
          <w:color w:val="173E67"/>
        </w:rPr>
        <w:t>risaladuse täpne asukoht ja põhjendus</w:t>
      </w:r>
    </w:p>
    <w:p w14:paraId="2F021614" w14:textId="7153F2D5" w:rsidR="593941B9" w:rsidRDefault="593941B9" w:rsidP="5E89584D">
      <w:pPr>
        <w:keepNext/>
        <w:rPr>
          <w:i/>
          <w:iCs/>
        </w:rPr>
      </w:pPr>
      <w:r w:rsidRPr="5E89584D">
        <w:rPr>
          <w:i/>
          <w:iCs/>
        </w:rPr>
        <w:t>Palun märkige ärisaladust sisaldava teabe täpne asukoht taotluses või selle lisades ning põhjendage, miks tuleb vastavat teavet käsitada ärisaladusena.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E47C52" w14:paraId="3E44E99F" w14:textId="77777777">
        <w:trPr>
          <w:jc w:val="center"/>
        </w:trPr>
        <w:tc>
          <w:tcPr>
            <w:tcW w:w="9524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7E41D2E7" w14:textId="77777777" w:rsidR="00E47C52" w:rsidRDefault="002A063F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74C33C6B" w14:textId="77777777" w:rsidR="00E47C52" w:rsidRDefault="00E47C52">
      <w:pPr>
        <w:spacing w:after="20"/>
      </w:pPr>
    </w:p>
    <w:p w14:paraId="58A7AA4D" w14:textId="63CF01E4" w:rsidR="00E47C52" w:rsidRDefault="002A063F">
      <w:pPr>
        <w:ind w:left="113"/>
      </w:pPr>
      <w:sdt>
        <w:sdtPr>
          <w:id w:val="164601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37FB">
            <w:rPr>
              <w:rFonts w:ascii="MS Gothic" w:eastAsia="MS Gothic" w:hAnsi="MS Gothic" w:hint="eastAsia"/>
            </w:rPr>
            <w:t>☐</w:t>
          </w:r>
        </w:sdtContent>
      </w:sdt>
      <w:r w:rsidR="1DE6FA0A">
        <w:t xml:space="preserve">  Taotlus ja lisad ei sisalda minu hinnangul ärisaladust ega muud konfidentsiaalset teavet.</w:t>
      </w:r>
      <w:r w:rsidR="0037734D"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47C52" w14:paraId="4CDA8E72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333D2C55" w14:textId="77777777" w:rsidR="00E47C52" w:rsidRDefault="002A063F">
            <w:r>
              <w:rPr>
                <w:b/>
                <w:color w:val="173E67"/>
                <w:sz w:val="26"/>
              </w:rPr>
              <w:t>10. Taotlus ja kinnitus</w:t>
            </w:r>
          </w:p>
        </w:tc>
      </w:tr>
    </w:tbl>
    <w:p w14:paraId="779795E2" w14:textId="77777777" w:rsidR="00E47C52" w:rsidRDefault="002A063F">
      <w:r>
        <w:t>Palun Konkurentsiametil tunnistada taotlus lubatavaks ning kohustada keelatud teo toimepanijat lõpetama taotleja õigusi oluliselt puudutava keelatud teo toimepanemine.</w:t>
      </w:r>
    </w:p>
    <w:p w14:paraId="161DB69D" w14:textId="77645DCE" w:rsidR="00916BA2" w:rsidRDefault="002A063F">
      <w:r>
        <w:t>Kinnitan, et taotluses esitatud andmed on mulle teadaolevalt õiged ja täielikud ning lisatud dokumendid vastavad originaalidele.</w:t>
      </w:r>
    </w:p>
    <w:p w14:paraId="122D7906" w14:textId="77777777" w:rsidR="00FB1A26" w:rsidRDefault="00FB1A26"/>
    <w:p w14:paraId="0DFB4D29" w14:textId="39A197FF" w:rsidR="00E47C52" w:rsidRPr="00FA713E" w:rsidRDefault="00FB1A26">
      <w:pPr>
        <w:rPr>
          <w:i/>
          <w:iCs/>
          <w:lang w:val="et-EE"/>
        </w:rPr>
      </w:pPr>
      <w:r w:rsidRPr="00FB1A26">
        <w:rPr>
          <w:i/>
          <w:iCs/>
          <w:lang w:val="et-EE"/>
        </w:rPr>
        <w:t>Digitaalselt allkirjastatud</w:t>
      </w:r>
    </w:p>
    <w:sectPr w:rsidR="00E47C52" w:rsidRPr="00FA713E" w:rsidSect="00034616">
      <w:pgSz w:w="12240" w:h="15840"/>
      <w:pgMar w:top="1020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0108657">
    <w:abstractNumId w:val="8"/>
  </w:num>
  <w:num w:numId="2" w16cid:durableId="1899052126">
    <w:abstractNumId w:val="6"/>
  </w:num>
  <w:num w:numId="3" w16cid:durableId="735670715">
    <w:abstractNumId w:val="5"/>
  </w:num>
  <w:num w:numId="4" w16cid:durableId="978463244">
    <w:abstractNumId w:val="4"/>
  </w:num>
  <w:num w:numId="5" w16cid:durableId="705256545">
    <w:abstractNumId w:val="7"/>
  </w:num>
  <w:num w:numId="6" w16cid:durableId="1952279980">
    <w:abstractNumId w:val="3"/>
  </w:num>
  <w:num w:numId="7" w16cid:durableId="687951516">
    <w:abstractNumId w:val="2"/>
  </w:num>
  <w:num w:numId="8" w16cid:durableId="1179198363">
    <w:abstractNumId w:val="1"/>
  </w:num>
  <w:num w:numId="9" w16cid:durableId="334116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A36"/>
    <w:rsid w:val="00034616"/>
    <w:rsid w:val="0006063C"/>
    <w:rsid w:val="000A093A"/>
    <w:rsid w:val="000F4CC1"/>
    <w:rsid w:val="00111AB2"/>
    <w:rsid w:val="0015074B"/>
    <w:rsid w:val="00167690"/>
    <w:rsid w:val="0029639D"/>
    <w:rsid w:val="002A063F"/>
    <w:rsid w:val="003001E4"/>
    <w:rsid w:val="0031668A"/>
    <w:rsid w:val="00326F90"/>
    <w:rsid w:val="003503B9"/>
    <w:rsid w:val="0037734D"/>
    <w:rsid w:val="004637FB"/>
    <w:rsid w:val="00465B42"/>
    <w:rsid w:val="004D2DF6"/>
    <w:rsid w:val="00541A06"/>
    <w:rsid w:val="00586BA3"/>
    <w:rsid w:val="007E2FAE"/>
    <w:rsid w:val="008C53BB"/>
    <w:rsid w:val="008C5905"/>
    <w:rsid w:val="009108E5"/>
    <w:rsid w:val="00916BA2"/>
    <w:rsid w:val="009D7C5B"/>
    <w:rsid w:val="009F5BB0"/>
    <w:rsid w:val="00A373D3"/>
    <w:rsid w:val="00A675C0"/>
    <w:rsid w:val="00AA1D8D"/>
    <w:rsid w:val="00AC37B9"/>
    <w:rsid w:val="00B47730"/>
    <w:rsid w:val="00CA303D"/>
    <w:rsid w:val="00CB0664"/>
    <w:rsid w:val="00D44F6B"/>
    <w:rsid w:val="00E1155B"/>
    <w:rsid w:val="00E47C52"/>
    <w:rsid w:val="00E840E5"/>
    <w:rsid w:val="00F262D9"/>
    <w:rsid w:val="00F371BB"/>
    <w:rsid w:val="00FA713E"/>
    <w:rsid w:val="00FB1A26"/>
    <w:rsid w:val="00FC693F"/>
    <w:rsid w:val="00FF61F4"/>
    <w:rsid w:val="01C3600C"/>
    <w:rsid w:val="03052973"/>
    <w:rsid w:val="06A13CEA"/>
    <w:rsid w:val="0E79D611"/>
    <w:rsid w:val="144C5209"/>
    <w:rsid w:val="1634F923"/>
    <w:rsid w:val="19170F7D"/>
    <w:rsid w:val="19CF41E6"/>
    <w:rsid w:val="1DE6FA0A"/>
    <w:rsid w:val="1E7CD1E8"/>
    <w:rsid w:val="22A2C7AA"/>
    <w:rsid w:val="2EEA1100"/>
    <w:rsid w:val="320DBFDA"/>
    <w:rsid w:val="38381938"/>
    <w:rsid w:val="3AE3042C"/>
    <w:rsid w:val="40A68D7B"/>
    <w:rsid w:val="460B0046"/>
    <w:rsid w:val="56EE1AF4"/>
    <w:rsid w:val="58AED1CC"/>
    <w:rsid w:val="593941B9"/>
    <w:rsid w:val="5E89584D"/>
    <w:rsid w:val="648ED3FC"/>
    <w:rsid w:val="67D81334"/>
    <w:rsid w:val="70D6A514"/>
    <w:rsid w:val="70E9236B"/>
    <w:rsid w:val="7833E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30"/>
  <w15:docId w15:val="{60BBBE34-82C9-4441-91AB-077677AD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693F"/>
    <w:pPr>
      <w:spacing w:after="100" w:line="259" w:lineRule="auto"/>
    </w:pPr>
    <w:rPr>
      <w:rFonts w:ascii="Arial" w:eastAsia="Arial" w:hAnsi="Arial"/>
      <w:sz w:val="20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E67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E67"/>
      <w:sz w:val="22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E67"/>
      <w:spacing w:val="5"/>
      <w:kern w:val="28"/>
      <w:sz w:val="40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perlink">
    <w:name w:val="Hyperlink"/>
    <w:basedOn w:val="Liguvaike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www.konkurentsiamet.ee/konkurents/kasulik-info/arisaladuse-juh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95c408-e6ec-4eb5-98e0-5ebea828c244" xsi:nil="true"/>
    <S_x00fc_ndmuset_x00fc__x00fc_p xmlns="1345c74a-1281-423b-a9e9-aae9777db840" xsi:nil="true"/>
    <lcf76f155ced4ddcb4097134ff3c332f xmlns="1345c74a-1281-423b-a9e9-aae9777db840">
      <Terms xmlns="http://schemas.microsoft.com/office/infopath/2007/PartnerControls"/>
    </lcf76f155ced4ddcb4097134ff3c332f>
    <S_x00fc_ndmusekuup_x00e4_ev xmlns="1345c74a-1281-423b-a9e9-aae9777db84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749D668F19BD48B87BD7D5F4979FA7" ma:contentTypeVersion="17" ma:contentTypeDescription="Loo uus dokument" ma:contentTypeScope="" ma:versionID="48c23a9cc0c49a668e615eebfa4a5a25">
  <xsd:schema xmlns:xsd="http://www.w3.org/2001/XMLSchema" xmlns:xs="http://www.w3.org/2001/XMLSchema" xmlns:p="http://schemas.microsoft.com/office/2006/metadata/properties" xmlns:ns2="1345c74a-1281-423b-a9e9-aae9777db840" xmlns:ns3="3295c408-e6ec-4eb5-98e0-5ebea828c244" targetNamespace="http://schemas.microsoft.com/office/2006/metadata/properties" ma:root="true" ma:fieldsID="3bb985e12e35d01d7daa3e2bb81ac7dd" ns2:_="" ns3:_="">
    <xsd:import namespace="1345c74a-1281-423b-a9e9-aae9777db840"/>
    <xsd:import namespace="3295c408-e6ec-4eb5-98e0-5ebea828c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S_x00fc_ndmuset_x00fc__x00fc_p" minOccurs="0"/>
                <xsd:element ref="ns2:S_x00fc_ndmusekuup_x00e4_ev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5c74a-1281-423b-a9e9-aae9777db8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S_x00fc_ndmuset_x00fc__x00fc_p" ma:index="22" nillable="true" ma:displayName="Sündmuse tüüp" ma:format="Dropdown" ma:internalName="S_x00fc_ndmuset_x00fc__x00fc_p">
      <xsd:simpleType>
        <xsd:restriction base="dms:Choice">
          <xsd:enumeration value="Peatumine algab"/>
          <xsd:enumeration value="Peatumine lõppeb"/>
        </xsd:restriction>
      </xsd:simpleType>
    </xsd:element>
    <xsd:element name="S_x00fc_ndmusekuup_x00e4_ev" ma:index="23" nillable="true" ma:displayName="Sündmuse kuupäev" ma:format="DateOnly" ma:internalName="S_x00fc_ndmusekuup_x00e4_ev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5c408-e6ec-4eb5-98e0-5ebea828c24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c5eb272-0539-425a-bc3b-c3908767166b}" ma:internalName="TaxCatchAll" ma:showField="CatchAllData" ma:web="3295c408-e6ec-4eb5-98e0-5ebea828c2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326CD3-A53A-4283-B49D-932C12B378C5}">
  <ds:schemaRefs>
    <ds:schemaRef ds:uri="http://schemas.microsoft.com/office/2006/metadata/properties"/>
    <ds:schemaRef ds:uri="http://schemas.microsoft.com/office/infopath/2007/PartnerControls"/>
    <ds:schemaRef ds:uri="3295c408-e6ec-4eb5-98e0-5ebea828c244"/>
    <ds:schemaRef ds:uri="1345c74a-1281-423b-a9e9-aae9777db840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F272E8-0E64-4A30-8BCA-B1C12E9F2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45c74a-1281-423b-a9e9-aae9777db840"/>
    <ds:schemaRef ds:uri="3295c408-e6ec-4eb5-98e0-5ebea828c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03B6A6-273F-4D4A-8DCC-2B2C889995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660</Words>
  <Characters>4512</Characters>
  <Application>Microsoft Office Word</Application>
  <DocSecurity>0</DocSecurity>
  <Lines>225</Lines>
  <Paragraphs>79</Paragraphs>
  <ScaleCrop>false</ScaleCrop>
  <Manager/>
  <Company/>
  <LinksUpToDate>false</LinksUpToDate>
  <CharactersWithSpaces>5093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Taotlus keelatud teo toimepanemise lõpetamiseks</dc:title>
  <dc:subject>Konkurentsiseaduse § 53⁷ kohane taotluse blankett</dc:subject>
  <dc:creator>Triin Kask - KA</dc:creator>
  <cp:keywords/>
  <dc:description>generated by python-docx</dc:description>
  <cp:lastModifiedBy>Triin Kask - KA</cp:lastModifiedBy>
  <cp:revision>2</cp:revision>
  <dcterms:created xsi:type="dcterms:W3CDTF">2026-11-03T08:34:00Z</dcterms:created>
  <dcterms:modified xsi:type="dcterms:W3CDTF">2026-11-03T08:34:00Z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2026-10-02T07:01:40Z</vt:lpwstr>
  </property>
  <property fmtid="{D5CDD505-2E9C-101B-9397-08002B2CF9AE}" pid="4" name="MSIP_Label_defa4170-0d19-0005-0004-bc88714345d2_Method">
    <vt:lpwstr>Privileged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0462bea6-f1bb-44c6-9995-6871abc0602c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0x0101007F749D668F19BD48B87BD7D5F4979FA7</vt:lpwstr>
  </property>
  <property fmtid="{D5CDD505-2E9C-101B-9397-08002B2CF9AE}" pid="10" name="docLang">
    <vt:lpwstr>et</vt:lpwstr>
  </property>
  <property fmtid="{D5CDD505-2E9C-101B-9397-08002B2CF9AE}" pid="11" name="MediaServiceImageTags">
    <vt:lpwstr/>
  </property>
</Properties>
</file>